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Arial" w:hAnsi="Arial"/>
          <w:color w:val="0C3B34"/>
        </w:rPr>
        <w:t>Work-Based Learning Timesheet &amp; Hours Log</w:t>
      </w:r>
    </w:p>
    <w:tbl>
      <w:tblPr>
        <w:tblStyle w:val="TableGrid"/>
        <w:tblW w:type="auto" w:w="0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14400"/>
      </w:tblGrid>
      <w:tr>
        <w:tc>
          <w:tcPr>
            <w:tcW w:type="dxa" w:w="14400"/>
            <w:shd w:val="clear" w:color="auto" w:fill="EEF4F1"/>
          </w:tcPr>
          <w:p>
            <w:r>
              <w:rPr>
                <w:b/>
                <w:sz w:val="18"/>
              </w:rPr>
              <w:t>Before you use this template:</w:t>
            </w:r>
            <w:r>
              <w:rPr>
                <w:sz w:val="18"/>
              </w:rPr>
              <w:t xml:space="preserve"> This is a starting point. Review it with your district and against your state and local requirements before use, including child-labor hour rules for students under 18 and what student information you collect (FERPA).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Arial" w:hAnsi="Arial"/>
          <w:color w:val="0C3B34"/>
        </w:rPr>
        <w:t>Version 3: Activity Log (short WBL experiences)</w:t>
      </w:r>
    </w:p>
    <w:p>
      <w:pPr>
        <w:spacing w:after="80"/>
      </w:pPr>
      <w:r>
        <w:rPr/>
        <w:t>For one-time or short experiences such as job shadows, guest speakers, industry tours, and mock interviews.</w:t>
      </w:r>
    </w:p>
    <w:p>
      <w:pPr>
        <w:spacing w:after="80"/>
      </w:pPr>
      <w:r>
        <w:rPr>
          <w:color w:val="6B817B"/>
        </w:rPr>
        <w:t xml:space="preserve">[ District logo ]  </w:t>
      </w:r>
      <w:r>
        <w:rPr/>
        <w:t xml:space="preserve"> </w:t>
      </w:r>
      <w:r>
        <w:rPr>
          <w:b/>
          <w:highlight w:val="yellow"/>
        </w:rPr>
        <w:t>[District Name]</w:t>
      </w:r>
      <w:r>
        <w:rPr/>
        <w:t xml:space="preserve"> · </w:t>
      </w:r>
      <w:r>
        <w:rPr>
          <w:highlight w:val="yellow"/>
        </w:rPr>
        <w:t>[School Name]</w:t>
      </w:r>
    </w:p>
    <w:tbl>
      <w:tblPr>
        <w:tblStyle w:val="TableGrid"/>
        <w:tblW w:type="auto" w:w="0"/>
        <w:tblLook w:firstColumn="1" w:firstRow="1" w:lastColumn="0" w:lastRow="0" w:noHBand="0" w:noVBand="1" w:val="04A0"/>
        <w:tblLayout w:type="fixed"/>
        <w:tblCellMar>
          <w:top w:w="60" w:type="dxa"/>
          <w:bottom w:w="60" w:type="dxa"/>
          <w:left w:w="90" w:type="dxa"/>
          <w:right w:w="90" w:type="dxa"/>
        </w:tblCellMar>
        <w:tblLayout w:type="fixed"/>
      </w:tblPr>
      <w:tblGrid>
        <w:gridCol w:w="5236"/>
        <w:gridCol w:w="5563"/>
        <w:gridCol w:w="3600"/>
      </w:tblGrid>
      <w:tr>
        <w:tc>
          <w:tcPr>
            <w:tcW w:type="dxa" w:w="5236"/>
            <w:shd w:val="clear" w:color="auto" w:fill="EEF4F1"/>
          </w:tcPr>
          <w:p>
            <w:r>
              <w:rPr>
                <w:b/>
                <w:sz w:val="16"/>
              </w:rPr>
              <w:t>Student name</w:t>
            </w:r>
          </w:p>
        </w:tc>
        <w:tc>
          <w:tcPr>
            <w:tcW w:type="dxa" w:w="5564"/>
            <w:shd w:val="clear" w:color="auto" w:fill="EEF4F1"/>
          </w:tcPr>
          <w:p>
            <w:r>
              <w:rPr>
                <w:b/>
                <w:sz w:val="16"/>
              </w:rPr>
              <w:t>Program / pathway</w:t>
            </w:r>
          </w:p>
        </w:tc>
        <w:tc>
          <w:tcPr>
            <w:tcW w:type="dxa" w:w="3600"/>
            <w:shd w:val="clear" w:color="auto" w:fill="EEF4F1"/>
          </w:tcPr>
          <w:p>
            <w:r>
              <w:rPr>
                <w:b/>
                <w:sz w:val="16"/>
              </w:rPr>
              <w:t>School year</w:t>
            </w:r>
          </w:p>
        </w:tc>
      </w:tr>
      <w:tr>
        <w:tc>
          <w:tcPr>
            <w:tcW w:type="dxa" w:w="5236"/>
          </w:tcPr>
          <w:p>
            <w:r>
              <w:rPr>
                <w:sz w:val="16"/>
              </w:rPr>
              <w:t>________________</w:t>
            </w:r>
          </w:p>
        </w:tc>
        <w:tc>
          <w:tcPr>
            <w:tcW w:type="dxa" w:w="5564"/>
          </w:tcPr>
          <w:p>
            <w:r>
              <w:rPr>
                <w:sz w:val="16"/>
              </w:rPr>
              <w:t>________________</w:t>
            </w:r>
          </w:p>
        </w:tc>
        <w:tc>
          <w:tcPr>
            <w:tcW w:type="dxa" w:w="3600"/>
          </w:tcPr>
          <w:p>
            <w:r>
              <w:rPr>
                <w:sz w:val="16"/>
              </w:rPr>
              <w:t>________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  <w:tblLayout w:type="fixed"/>
        <w:tblCellMar>
          <w:top w:w="60" w:type="dxa"/>
          <w:bottom w:w="60" w:type="dxa"/>
          <w:left w:w="90" w:type="dxa"/>
          <w:right w:w="90" w:type="dxa"/>
        </w:tblCellMar>
        <w:tblLayout w:type="fixed"/>
      </w:tblPr>
      <w:tblGrid>
        <w:gridCol w:w="436"/>
        <w:gridCol w:w="3316"/>
        <w:gridCol w:w="1658"/>
        <w:gridCol w:w="3054"/>
        <w:gridCol w:w="436"/>
        <w:gridCol w:w="2356"/>
        <w:gridCol w:w="3141"/>
      </w:tblGrid>
      <w:tr>
        <w:tc>
          <w:tcPr>
            <w:tcW w:type="dxa" w:w="436"/>
            <w:shd w:val="clear" w:color="auto" w:fill="EEF4F1"/>
          </w:tcPr>
          <w:p>
            <w:r>
              <w:rPr>
                <w:b/>
                <w:sz w:val="16"/>
              </w:rPr>
              <w:t>Date</w:t>
            </w:r>
          </w:p>
        </w:tc>
        <w:tc>
          <w:tcPr>
            <w:tcW w:type="dxa" w:w="3316"/>
            <w:shd w:val="clear" w:color="auto" w:fill="EEF4F1"/>
          </w:tcPr>
          <w:p>
            <w:r>
              <w:rPr>
                <w:b/>
                <w:sz w:val="16"/>
              </w:rPr>
              <w:t>Activity type</w:t>
            </w:r>
          </w:p>
        </w:tc>
        <w:tc>
          <w:tcPr>
            <w:tcW w:type="dxa" w:w="1658"/>
            <w:shd w:val="clear" w:color="auto" w:fill="EEF4F1"/>
          </w:tcPr>
          <w:p>
            <w:r>
              <w:rPr>
                <w:b/>
                <w:sz w:val="16"/>
              </w:rPr>
              <w:t>Organization / host</w:t>
            </w:r>
          </w:p>
        </w:tc>
        <w:tc>
          <w:tcPr>
            <w:tcW w:type="dxa" w:w="3055"/>
            <w:shd w:val="clear" w:color="auto" w:fill="EEF4F1"/>
          </w:tcPr>
          <w:p>
            <w:r>
              <w:rPr>
                <w:b/>
                <w:sz w:val="16"/>
              </w:rPr>
              <w:t>Host contact (name, phone or email)</w:t>
            </w:r>
          </w:p>
        </w:tc>
        <w:tc>
          <w:tcPr>
            <w:tcW w:type="dxa" w:w="436"/>
            <w:shd w:val="clear" w:color="auto" w:fill="EEF4F1"/>
          </w:tcPr>
          <w:p>
            <w:r>
              <w:rPr>
                <w:b/>
                <w:sz w:val="16"/>
              </w:rPr>
              <w:t>Hours</w:t>
            </w:r>
          </w:p>
        </w:tc>
        <w:tc>
          <w:tcPr>
            <w:tcW w:type="dxa" w:w="2356"/>
            <w:shd w:val="clear" w:color="auto" w:fill="EEF4F1"/>
          </w:tcPr>
          <w:p>
            <w:r>
              <w:rPr>
                <w:b/>
                <w:sz w:val="16"/>
              </w:rPr>
              <w:t>Student reflection (1 line)</w:t>
            </w:r>
          </w:p>
        </w:tc>
        <w:tc>
          <w:tcPr>
            <w:tcW w:type="dxa" w:w="3142"/>
            <w:shd w:val="clear" w:color="auto" w:fill="EEF4F1"/>
          </w:tcPr>
          <w:p>
            <w:r>
              <w:rPr>
                <w:b/>
                <w:sz w:val="16"/>
              </w:rPr>
              <w:t>Host or teacher signature / initials</w:t>
            </w:r>
          </w:p>
        </w:tc>
      </w:tr>
      <w:tr>
        <w:tc>
          <w:tcPr>
            <w:tcW w:type="dxa" w:w="436"/>
          </w:tcPr>
          <w:p/>
        </w:tc>
        <w:tc>
          <w:tcPr>
            <w:tcW w:type="dxa" w:w="3316"/>
          </w:tcPr>
          <w:p>
            <w:r>
              <w:rPr>
                <w:sz w:val="16"/>
              </w:rPr>
              <w:t>☐ Job shadow ☐ Guest speaker ☐ Industry tour ☐ Mock interview ☐ Other: ____</w:t>
            </w:r>
          </w:p>
        </w:tc>
        <w:tc>
          <w:tcPr>
            <w:tcW w:type="dxa" w:w="1658"/>
          </w:tcPr>
          <w:p/>
        </w:tc>
        <w:tc>
          <w:tcPr>
            <w:tcW w:type="dxa" w:w="3055"/>
          </w:tcPr>
          <w:p/>
        </w:tc>
        <w:tc>
          <w:tcPr>
            <w:tcW w:type="dxa" w:w="436"/>
          </w:tcPr>
          <w:p/>
        </w:tc>
        <w:tc>
          <w:tcPr>
            <w:tcW w:type="dxa" w:w="2356"/>
          </w:tcPr>
          <w:p/>
        </w:tc>
        <w:tc>
          <w:tcPr>
            <w:tcW w:type="dxa" w:w="3142"/>
          </w:tcPr>
          <w:p/>
        </w:tc>
      </w:tr>
      <w:tr>
        <w:tc>
          <w:tcPr>
            <w:tcW w:type="dxa" w:w="436"/>
          </w:tcPr>
          <w:p/>
        </w:tc>
        <w:tc>
          <w:tcPr>
            <w:tcW w:type="dxa" w:w="3316"/>
          </w:tcPr>
          <w:p>
            <w:r>
              <w:rPr>
                <w:sz w:val="16"/>
              </w:rPr>
              <w:t>☐ Job shadow ☐ Guest speaker ☐ Industry tour ☐ Mock interview ☐ Other: ____</w:t>
            </w:r>
          </w:p>
        </w:tc>
        <w:tc>
          <w:tcPr>
            <w:tcW w:type="dxa" w:w="1658"/>
          </w:tcPr>
          <w:p/>
        </w:tc>
        <w:tc>
          <w:tcPr>
            <w:tcW w:type="dxa" w:w="3055"/>
          </w:tcPr>
          <w:p/>
        </w:tc>
        <w:tc>
          <w:tcPr>
            <w:tcW w:type="dxa" w:w="436"/>
          </w:tcPr>
          <w:p/>
        </w:tc>
        <w:tc>
          <w:tcPr>
            <w:tcW w:type="dxa" w:w="2356"/>
          </w:tcPr>
          <w:p/>
        </w:tc>
        <w:tc>
          <w:tcPr>
            <w:tcW w:type="dxa" w:w="3142"/>
          </w:tcPr>
          <w:p/>
        </w:tc>
      </w:tr>
      <w:tr>
        <w:tc>
          <w:tcPr>
            <w:tcW w:type="dxa" w:w="436"/>
          </w:tcPr>
          <w:p/>
        </w:tc>
        <w:tc>
          <w:tcPr>
            <w:tcW w:type="dxa" w:w="3316"/>
          </w:tcPr>
          <w:p>
            <w:r>
              <w:rPr>
                <w:sz w:val="16"/>
              </w:rPr>
              <w:t>☐ Job shadow ☐ Guest speaker ☐ Industry tour ☐ Mock interview ☐ Other: ____</w:t>
            </w:r>
          </w:p>
        </w:tc>
        <w:tc>
          <w:tcPr>
            <w:tcW w:type="dxa" w:w="1658"/>
          </w:tcPr>
          <w:p/>
        </w:tc>
        <w:tc>
          <w:tcPr>
            <w:tcW w:type="dxa" w:w="3055"/>
          </w:tcPr>
          <w:p/>
        </w:tc>
        <w:tc>
          <w:tcPr>
            <w:tcW w:type="dxa" w:w="436"/>
          </w:tcPr>
          <w:p/>
        </w:tc>
        <w:tc>
          <w:tcPr>
            <w:tcW w:type="dxa" w:w="2356"/>
          </w:tcPr>
          <w:p/>
        </w:tc>
        <w:tc>
          <w:tcPr>
            <w:tcW w:type="dxa" w:w="3142"/>
          </w:tcPr>
          <w:p/>
        </w:tc>
      </w:tr>
      <w:tr>
        <w:tc>
          <w:tcPr>
            <w:tcW w:type="dxa" w:w="436"/>
          </w:tcPr>
          <w:p/>
        </w:tc>
        <w:tc>
          <w:tcPr>
            <w:tcW w:type="dxa" w:w="3316"/>
          </w:tcPr>
          <w:p>
            <w:r>
              <w:rPr>
                <w:sz w:val="16"/>
              </w:rPr>
              <w:t>☐ Job shadow ☐ Guest speaker ☐ Industry tour ☐ Mock interview ☐ Other: ____</w:t>
            </w:r>
          </w:p>
        </w:tc>
        <w:tc>
          <w:tcPr>
            <w:tcW w:type="dxa" w:w="1658"/>
          </w:tcPr>
          <w:p/>
        </w:tc>
        <w:tc>
          <w:tcPr>
            <w:tcW w:type="dxa" w:w="3055"/>
          </w:tcPr>
          <w:p/>
        </w:tc>
        <w:tc>
          <w:tcPr>
            <w:tcW w:type="dxa" w:w="436"/>
          </w:tcPr>
          <w:p/>
        </w:tc>
        <w:tc>
          <w:tcPr>
            <w:tcW w:type="dxa" w:w="2356"/>
          </w:tcPr>
          <w:p/>
        </w:tc>
        <w:tc>
          <w:tcPr>
            <w:tcW w:type="dxa" w:w="3142"/>
          </w:tcPr>
          <w:p/>
        </w:tc>
      </w:tr>
      <w:tr>
        <w:tc>
          <w:tcPr>
            <w:tcW w:type="dxa" w:w="436"/>
          </w:tcPr>
          <w:p/>
        </w:tc>
        <w:tc>
          <w:tcPr>
            <w:tcW w:type="dxa" w:w="3316"/>
          </w:tcPr>
          <w:p>
            <w:r>
              <w:rPr>
                <w:sz w:val="16"/>
              </w:rPr>
              <w:t>☐ Job shadow ☐ Guest speaker ☐ Industry tour ☐ Mock interview ☐ Other: ____</w:t>
            </w:r>
          </w:p>
        </w:tc>
        <w:tc>
          <w:tcPr>
            <w:tcW w:type="dxa" w:w="1658"/>
          </w:tcPr>
          <w:p/>
        </w:tc>
        <w:tc>
          <w:tcPr>
            <w:tcW w:type="dxa" w:w="3055"/>
          </w:tcPr>
          <w:p/>
        </w:tc>
        <w:tc>
          <w:tcPr>
            <w:tcW w:type="dxa" w:w="436"/>
          </w:tcPr>
          <w:p/>
        </w:tc>
        <w:tc>
          <w:tcPr>
            <w:tcW w:type="dxa" w:w="2356"/>
          </w:tcPr>
          <w:p/>
        </w:tc>
        <w:tc>
          <w:tcPr>
            <w:tcW w:type="dxa" w:w="3142"/>
          </w:tcPr>
          <w:p/>
        </w:tc>
      </w:tr>
      <w:tr>
        <w:tc>
          <w:tcPr>
            <w:tcW w:type="dxa" w:w="436"/>
          </w:tcPr>
          <w:p/>
        </w:tc>
        <w:tc>
          <w:tcPr>
            <w:tcW w:type="dxa" w:w="3316"/>
          </w:tcPr>
          <w:p>
            <w:r>
              <w:rPr>
                <w:sz w:val="16"/>
              </w:rPr>
              <w:t>☐ Job shadow ☐ Guest speaker ☐ Industry tour ☐ Mock interview ☐ Other: ____</w:t>
            </w:r>
          </w:p>
        </w:tc>
        <w:tc>
          <w:tcPr>
            <w:tcW w:type="dxa" w:w="1658"/>
          </w:tcPr>
          <w:p/>
        </w:tc>
        <w:tc>
          <w:tcPr>
            <w:tcW w:type="dxa" w:w="3055"/>
          </w:tcPr>
          <w:p/>
        </w:tc>
        <w:tc>
          <w:tcPr>
            <w:tcW w:type="dxa" w:w="436"/>
          </w:tcPr>
          <w:p/>
        </w:tc>
        <w:tc>
          <w:tcPr>
            <w:tcW w:type="dxa" w:w="2356"/>
          </w:tcPr>
          <w:p/>
        </w:tc>
        <w:tc>
          <w:tcPr>
            <w:tcW w:type="dxa" w:w="3142"/>
          </w:tcPr>
          <w:p/>
        </w:tc>
      </w:tr>
      <w:tr>
        <w:tc>
          <w:tcPr>
            <w:tcW w:type="dxa" w:w="436"/>
          </w:tcPr>
          <w:p/>
        </w:tc>
        <w:tc>
          <w:tcPr>
            <w:tcW w:type="dxa" w:w="3316"/>
          </w:tcPr>
          <w:p>
            <w:r>
              <w:rPr>
                <w:sz w:val="16"/>
              </w:rPr>
              <w:t>☐ Job shadow ☐ Guest speaker ☐ Industry tour ☐ Mock interview ☐ Other: ____</w:t>
            </w:r>
          </w:p>
        </w:tc>
        <w:tc>
          <w:tcPr>
            <w:tcW w:type="dxa" w:w="1658"/>
          </w:tcPr>
          <w:p/>
        </w:tc>
        <w:tc>
          <w:tcPr>
            <w:tcW w:type="dxa" w:w="3055"/>
          </w:tcPr>
          <w:p/>
        </w:tc>
        <w:tc>
          <w:tcPr>
            <w:tcW w:type="dxa" w:w="436"/>
          </w:tcPr>
          <w:p/>
        </w:tc>
        <w:tc>
          <w:tcPr>
            <w:tcW w:type="dxa" w:w="2356"/>
          </w:tcPr>
          <w:p/>
        </w:tc>
        <w:tc>
          <w:tcPr>
            <w:tcW w:type="dxa" w:w="3142"/>
          </w:tcPr>
          <w:p/>
        </w:tc>
      </w:tr>
      <w:tr>
        <w:tc>
          <w:tcPr>
            <w:tcW w:type="dxa" w:w="436"/>
          </w:tcPr>
          <w:p/>
        </w:tc>
        <w:tc>
          <w:tcPr>
            <w:tcW w:type="dxa" w:w="3316"/>
          </w:tcPr>
          <w:p>
            <w:r>
              <w:rPr>
                <w:sz w:val="16"/>
              </w:rPr>
              <w:t>☐ Job shadow ☐ Guest speaker ☐ Industry tour ☐ Mock interview ☐ Other: ____</w:t>
            </w:r>
          </w:p>
        </w:tc>
        <w:tc>
          <w:tcPr>
            <w:tcW w:type="dxa" w:w="1658"/>
          </w:tcPr>
          <w:p/>
        </w:tc>
        <w:tc>
          <w:tcPr>
            <w:tcW w:type="dxa" w:w="3055"/>
          </w:tcPr>
          <w:p/>
        </w:tc>
        <w:tc>
          <w:tcPr>
            <w:tcW w:type="dxa" w:w="436"/>
          </w:tcPr>
          <w:p/>
        </w:tc>
        <w:tc>
          <w:tcPr>
            <w:tcW w:type="dxa" w:w="2356"/>
          </w:tcPr>
          <w:p/>
        </w:tc>
        <w:tc>
          <w:tcPr>
            <w:tcW w:type="dxa" w:w="3142"/>
          </w:tcPr>
          <w:p/>
        </w:tc>
      </w:tr>
    </w:tbl>
    <w:p>
      <w:pPr>
        <w:spacing w:after="40"/>
      </w:pPr>
    </w:p>
    <w:p>
      <w:pPr>
        <w:spacing w:after="80"/>
      </w:pPr>
      <w:r>
        <w:rPr>
          <w:b/>
        </w:rPr>
        <w:t>Total hours on this page:</w:t>
      </w:r>
      <w:r>
        <w:rPr/>
        <w:t xml:space="preserve"> ________</w:t>
      </w:r>
    </w:p>
    <w:p>
      <w:pPr>
        <w:spacing w:after="80"/>
      </w:pPr>
      <w:r>
        <w:rPr/>
        <w:t>Student signature: ______________________ Date: ________</w:t>
      </w:r>
      <w:r>
        <w:br/>
      </w:r>
      <w:r>
        <w:rPr/>
        <w:t>Coordinator / teacher signature: ______________________ Date: ________</w:t>
      </w:r>
    </w:p>
    <w:sectPr w:rsidR="00FC693F" w:rsidRPr="0006063C" w:rsidSect="00034616">
      <w:footerReference w:type="default" r:id="rId9"/>
      <w:headerReference w:type="default" r:id="rId10"/>
      <w:pgSz w:w="15840" w:h="12240" w:orient="landscape"/>
      <w:pgMar w:top="864" w:right="720" w:bottom="86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color w:val="4B635D"/>
        <w:sz w:val="14"/>
      </w:rPr>
      <w:t xml:space="preserve">Template from WBL Tracker (wbltracker.com/templates). Review with your district before use. Version 1.0, October 2026.   ·   Page </w:t>
    </w:r>
    <w:r>
      <w:rPr>
        <w:sz w:val="14"/>
      </w:rPr>
      <w:fldChar w:fldCharType="begin"/>
      <w:instrText xml:space="preserve">PAGE</w:instrText>
      <w:fldChar w:fldCharType="end"/>
    </w:r>
    <w:r>
      <w:rPr>
        <w:color w:val="4B635D"/>
        <w:sz w:val="14"/>
      </w:rPr>
      <w:t xml:space="preserve"> of </w:t>
    </w:r>
    <w:r>
      <w:rPr>
        <w:sz w:val="14"/>
      </w:rP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C3B34"/>
        <w:sz w:val="16"/>
      </w:rPr>
      <w:t>WBL Tracker · Free WBL templates · wbltracker.com/templates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WBL Activity Log</dc:title>
  <dc:subject/>
  <dc:creator>WBL Tracker</dc:creator>
  <cp:keywords/>
  <dc:description>Free template from WBL Tracker (wbltracker.com/templates). Review with your district before use.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