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/>
          <w:color w:val="0C3B34"/>
        </w:rPr>
        <w:t>Work-Based Learning Timesheet &amp; Hours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CellMar>
          <w:top w:w="60" w:type="dxa"/>
          <w:bottom w:w="60" w:type="dxa"/>
          <w:left w:w="90" w:type="dxa"/>
          <w:right w:w="90" w:type="dxa"/>
        </w:tblCellMar>
      </w:tblPr>
      <w:tblGrid>
        <w:gridCol w:w="14400"/>
      </w:tblGrid>
      <w:tr>
        <w:tc>
          <w:tcPr>
            <w:tcW w:type="dxa" w:w="14400"/>
            <w:shd w:val="clear" w:color="auto" w:fill="EEF4F1"/>
          </w:tcPr>
          <w:p>
            <w:r>
              <w:rPr>
                <w:b/>
                <w:sz w:val="18"/>
              </w:rPr>
              <w:t>Before you use this template:</w:t>
            </w:r>
            <w:r>
              <w:rPr>
                <w:sz w:val="18"/>
              </w:rPr>
              <w:t xml:space="preserve"> This is a starting point. Review it with your district and against your state and local requirements before use, including child-labor hour rules for students under 18 and what student information you collect (FERPA).</w:t>
            </w:r>
          </w:p>
        </w:tc>
      </w:tr>
    </w:tbl>
    <w:p>
      <w:pPr>
        <w:spacing w:after="40"/>
      </w:pPr>
    </w:p>
    <w:p>
      <w:pPr>
        <w:pStyle w:val="Heading2"/>
      </w:pPr>
      <w:r>
        <w:rPr>
          <w:rFonts w:ascii="Arial" w:hAnsi="Arial"/>
          <w:color w:val="0C3B34"/>
        </w:rPr>
        <w:t>Version 1: Weekly Timesheet</w:t>
      </w:r>
    </w:p>
    <w:p>
      <w:pPr>
        <w:spacing w:after="80"/>
      </w:pPr>
      <w:r>
        <w:rPr>
          <w:color w:val="6B817B"/>
        </w:rPr>
        <w:t xml:space="preserve">[ District logo ]  </w:t>
      </w:r>
      <w:r>
        <w:rPr/>
        <w:t xml:space="preserve"> </w:t>
      </w:r>
      <w:r>
        <w:rPr>
          <w:b/>
          <w:highlight w:val="yellow"/>
        </w:rPr>
        <w:t>[District Name]</w:t>
      </w:r>
      <w:r>
        <w:rPr/>
        <w:t xml:space="preserve"> · </w:t>
      </w:r>
      <w:r>
        <w:rPr>
          <w:highlight w:val="yellow"/>
        </w:rPr>
        <w:t>[School Name]</w:t>
      </w:r>
    </w:p>
    <w:p>
      <w:pPr>
        <w:pStyle w:val="Heading3"/>
      </w:pPr>
      <w:r>
        <w:rPr>
          <w:rFonts w:ascii="Arial" w:hAnsi="Arial"/>
          <w:color w:val="0C3B34"/>
        </w:rPr>
        <w:t>Header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2820"/>
        <w:gridCol w:w="2375"/>
        <w:gridCol w:w="3562"/>
        <w:gridCol w:w="5641"/>
      </w:tblGrid>
      <w:tr>
        <w:tc>
          <w:tcPr>
            <w:tcW w:type="dxa" w:w="2821"/>
            <w:shd w:val="clear" w:color="auto" w:fill="EEF4F1"/>
          </w:tcPr>
          <w:p>
            <w:r>
              <w:rPr>
                <w:b/>
                <w:sz w:val="16"/>
              </w:rPr>
              <w:t>Field</w:t>
            </w:r>
          </w:p>
        </w:tc>
        <w:tc>
          <w:tcPr>
            <w:tcW w:type="dxa" w:w="2375"/>
            <w:shd w:val="clear" w:color="auto" w:fill="EEF4F1"/>
          </w:tcPr>
          <w:p>
            <w:r>
              <w:rPr>
                <w:b/>
                <w:sz w:val="16"/>
              </w:rPr>
              <w:t>Entry</w:t>
            </w:r>
          </w:p>
        </w:tc>
        <w:tc>
          <w:tcPr>
            <w:tcW w:type="dxa" w:w="3563"/>
            <w:shd w:val="clear" w:color="auto" w:fill="EEF4F1"/>
          </w:tcPr>
          <w:p>
            <w:r>
              <w:rPr>
                <w:b/>
                <w:sz w:val="16"/>
              </w:rPr>
              <w:t>Field</w:t>
            </w:r>
          </w:p>
        </w:tc>
        <w:tc>
          <w:tcPr>
            <w:tcW w:type="dxa" w:w="5641"/>
            <w:shd w:val="clear" w:color="auto" w:fill="EEF4F1"/>
          </w:tcPr>
          <w:p>
            <w:r>
              <w:rPr>
                <w:b/>
                <w:sz w:val="16"/>
              </w:rPr>
              <w:t>Entry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Program / pathway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School year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Student name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Grade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Worksite / business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WBL type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☐ Internship ☐ Apprenticeship ☐ Pre-apprenticeship ☐ Clinical ☐ Other: ______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Supervisor name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________________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Supervisor phone / email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________________</w:t>
            </w:r>
          </w:p>
        </w:tc>
      </w:tr>
      <w:tr>
        <w:tc>
          <w:tcPr>
            <w:tcW w:type="dxa" w:w="2821"/>
          </w:tcPr>
          <w:p>
            <w:r>
              <w:rPr>
                <w:sz w:val="16"/>
              </w:rPr>
              <w:t>Compensation</w:t>
            </w:r>
          </w:p>
        </w:tc>
        <w:tc>
          <w:tcPr>
            <w:tcW w:type="dxa" w:w="2375"/>
          </w:tcPr>
          <w:p>
            <w:r>
              <w:rPr>
                <w:sz w:val="16"/>
              </w:rPr>
              <w:t>☐ Paid ☐ Unpaid</w:t>
            </w:r>
          </w:p>
        </w:tc>
        <w:tc>
          <w:tcPr>
            <w:tcW w:type="dxa" w:w="3563"/>
          </w:tcPr>
          <w:p>
            <w:r>
              <w:rPr>
                <w:sz w:val="16"/>
              </w:rPr>
              <w:t>Week of (Monday's date)</w:t>
            </w:r>
          </w:p>
        </w:tc>
        <w:tc>
          <w:tcPr>
            <w:tcW w:type="dxa" w:w="5641"/>
          </w:tcPr>
          <w:p>
            <w:r>
              <w:rPr>
                <w:sz w:val="16"/>
              </w:rPr>
              <w:t>____ / ____ / 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Daily log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473"/>
        <w:gridCol w:w="473"/>
        <w:gridCol w:w="663"/>
        <w:gridCol w:w="757"/>
        <w:gridCol w:w="1705"/>
        <w:gridCol w:w="1042"/>
        <w:gridCol w:w="1705"/>
        <w:gridCol w:w="2178"/>
        <w:gridCol w:w="3600"/>
        <w:gridCol w:w="1800"/>
      </w:tblGrid>
      <w:tr>
        <w:tc>
          <w:tcPr>
            <w:tcW w:type="dxa" w:w="474"/>
            <w:shd w:val="clear" w:color="auto" w:fill="EEF4F1"/>
          </w:tcPr>
          <w:p>
            <w:r>
              <w:rPr>
                <w:b/>
                <w:sz w:val="16"/>
              </w:rPr>
              <w:t>Day</w:t>
            </w:r>
          </w:p>
        </w:tc>
        <w:tc>
          <w:tcPr>
            <w:tcW w:type="dxa" w:w="474"/>
            <w:shd w:val="clear" w:color="auto" w:fill="EEF4F1"/>
          </w:tcPr>
          <w:p>
            <w:r>
              <w:rPr>
                <w:b/>
                <w:sz w:val="16"/>
              </w:rPr>
              <w:t>Date</w:t>
            </w:r>
          </w:p>
        </w:tc>
        <w:tc>
          <w:tcPr>
            <w:tcW w:type="dxa" w:w="663"/>
            <w:shd w:val="clear" w:color="auto" w:fill="EEF4F1"/>
          </w:tcPr>
          <w:p>
            <w:r>
              <w:rPr>
                <w:b/>
                <w:sz w:val="16"/>
              </w:rPr>
              <w:t>Time in</w:t>
            </w:r>
          </w:p>
        </w:tc>
        <w:tc>
          <w:tcPr>
            <w:tcW w:type="dxa" w:w="758"/>
            <w:shd w:val="clear" w:color="auto" w:fill="EEF4F1"/>
          </w:tcPr>
          <w:p>
            <w:r>
              <w:rPr>
                <w:b/>
                <w:sz w:val="16"/>
              </w:rPr>
              <w:t>Time out</w:t>
            </w:r>
          </w:p>
        </w:tc>
        <w:tc>
          <w:tcPr>
            <w:tcW w:type="dxa" w:w="1705"/>
            <w:shd w:val="clear" w:color="auto" w:fill="EEF4F1"/>
          </w:tcPr>
          <w:p>
            <w:r>
              <w:rPr>
                <w:b/>
                <w:sz w:val="16"/>
              </w:rPr>
              <w:t>Unpaid break (min)</w:t>
            </w:r>
          </w:p>
        </w:tc>
        <w:tc>
          <w:tcPr>
            <w:tcW w:type="dxa" w:w="1042"/>
            <w:shd w:val="clear" w:color="auto" w:fill="EEF4F1"/>
          </w:tcPr>
          <w:p>
            <w:r>
              <w:rPr>
                <w:b/>
                <w:sz w:val="16"/>
              </w:rPr>
              <w:t>Total hours</w:t>
            </w:r>
          </w:p>
        </w:tc>
        <w:tc>
          <w:tcPr>
            <w:tcW w:type="dxa" w:w="1705"/>
            <w:shd w:val="clear" w:color="auto" w:fill="EEF4F1"/>
          </w:tcPr>
          <w:p>
            <w:r>
              <w:rPr>
                <w:b/>
                <w:sz w:val="16"/>
              </w:rPr>
              <w:t>On-site / Remote</w:t>
            </w:r>
          </w:p>
        </w:tc>
        <w:tc>
          <w:tcPr>
            <w:tcW w:type="dxa" w:w="2179"/>
            <w:shd w:val="clear" w:color="auto" w:fill="EEF4F1"/>
          </w:tcPr>
          <w:p>
            <w:r>
              <w:rPr>
                <w:b/>
                <w:sz w:val="16"/>
              </w:rPr>
              <w:t>Tasks performed (brief)</w:t>
            </w:r>
          </w:p>
        </w:tc>
        <w:tc>
          <w:tcPr>
            <w:tcW w:type="dxa" w:w="3600"/>
            <w:shd w:val="clear" w:color="auto" w:fill="EEF4F1"/>
          </w:tcPr>
          <w:p>
            <w:r>
              <w:rPr>
                <w:b/>
                <w:sz w:val="16"/>
              </w:rPr>
              <w:t>Learning objective # (from training agreement)</w:t>
            </w:r>
          </w:p>
        </w:tc>
        <w:tc>
          <w:tcPr>
            <w:tcW w:type="dxa" w:w="1800"/>
            <w:shd w:val="clear" w:color="auto" w:fill="EEF4F1"/>
          </w:tcPr>
          <w:p>
            <w:r>
              <w:rPr>
                <w:b/>
                <w:sz w:val="16"/>
              </w:rPr>
              <w:t>Supervisor initials</w:t>
            </w:r>
          </w:p>
        </w:tc>
      </w:tr>
      <w:tr>
        <w:tc>
          <w:tcPr>
            <w:tcW w:type="dxa" w:w="474"/>
          </w:tcPr>
          <w:p>
            <w:r>
              <w:rPr>
                <w:sz w:val="16"/>
              </w:rPr>
              <w:t>Mon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Tue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Wed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Thu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Fri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Sat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  <w:tr>
        <w:tc>
          <w:tcPr>
            <w:tcW w:type="dxa" w:w="474"/>
          </w:tcPr>
          <w:p>
            <w:r>
              <w:rPr>
                <w:sz w:val="16"/>
              </w:rPr>
              <w:t>Sun</w:t>
            </w:r>
          </w:p>
        </w:tc>
        <w:tc>
          <w:tcPr>
            <w:tcW w:type="dxa" w:w="474"/>
          </w:tcPr>
          <w:p/>
        </w:tc>
        <w:tc>
          <w:tcPr>
            <w:tcW w:type="dxa" w:w="663"/>
          </w:tcPr>
          <w:p/>
        </w:tc>
        <w:tc>
          <w:tcPr>
            <w:tcW w:type="dxa" w:w="758"/>
          </w:tcPr>
          <w:p/>
        </w:tc>
        <w:tc>
          <w:tcPr>
            <w:tcW w:type="dxa" w:w="1705"/>
          </w:tcPr>
          <w:p/>
        </w:tc>
        <w:tc>
          <w:tcPr>
            <w:tcW w:type="dxa" w:w="1042"/>
          </w:tcPr>
          <w:p/>
        </w:tc>
        <w:tc>
          <w:tcPr>
            <w:tcW w:type="dxa" w:w="1705"/>
          </w:tcPr>
          <w:p>
            <w:r>
              <w:rPr>
                <w:sz w:val="16"/>
              </w:rPr>
              <w:t>☐ On-site ☐ Remote</w:t>
            </w:r>
          </w:p>
        </w:tc>
        <w:tc>
          <w:tcPr>
            <w:tcW w:type="dxa" w:w="2179"/>
          </w:tcPr>
          <w:p/>
        </w:tc>
        <w:tc>
          <w:tcPr>
            <w:tcW w:type="dxa" w:w="3600"/>
          </w:tcPr>
          <w:p/>
        </w:tc>
        <w:tc>
          <w:tcPr>
            <w:tcW w:type="dxa" w:w="1800"/>
          </w:tcPr>
          <w:p/>
        </w:tc>
      </w:tr>
    </w:tbl>
    <w:p>
      <w:pPr>
        <w:spacing w:after="40"/>
      </w:pPr>
    </w:p>
    <w:p>
      <w:pPr>
        <w:spacing w:after="80"/>
      </w:pPr>
      <w:r>
        <w:rPr>
          <w:b/>
        </w:rPr>
        <w:t>Absence codes</w:t>
      </w:r>
      <w:r>
        <w:rPr/>
        <w:t xml:space="preserve"> (enter a code in "Total hours" for any scheduled day not worked; every scheduled day needs an entry):</w:t>
      </w:r>
      <w:r>
        <w:br/>
      </w:r>
      <w:r>
        <w:rPr/>
        <w:t>S = sick · C = in class · H = holiday · X = not scheduled · O = other (explain in Tasks column)</w:t>
      </w:r>
    </w:p>
    <w:p>
      <w:pPr>
        <w:pStyle w:val="Heading3"/>
      </w:pPr>
      <w:r>
        <w:rPr>
          <w:rFonts w:ascii="Arial" w:hAnsi="Arial"/>
          <w:color w:val="0C3B34"/>
        </w:rPr>
        <w:t>Totals</w:t>
      </w:r>
    </w:p>
    <w:tbl>
      <w:tblPr>
        <w:tblStyle w:val="TableGrid"/>
        <w:tblW w:type="auto" w:w="0"/>
        <w:tblLook w:firstColumn="1" w:firstRow="1" w:lastColumn="0" w:lastRow="0" w:noHBand="0" w:noVBand="1" w:val="04A0"/>
        <w:tblLayout w:type="fixed"/>
        <w:tblCellMar>
          <w:top w:w="60" w:type="dxa"/>
          <w:bottom w:w="60" w:type="dxa"/>
          <w:left w:w="90" w:type="dxa"/>
          <w:right w:w="90" w:type="dxa"/>
        </w:tblCellMar>
        <w:tblLayout w:type="fixed"/>
      </w:tblPr>
      <w:tblGrid>
        <w:gridCol w:w="3483"/>
        <w:gridCol w:w="5574"/>
        <w:gridCol w:w="3251"/>
        <w:gridCol w:w="2090"/>
      </w:tblGrid>
      <w:tr>
        <w:tc>
          <w:tcPr>
            <w:tcW w:type="dxa" w:w="3484"/>
            <w:shd w:val="clear" w:color="auto" w:fill="EEF4F1"/>
          </w:tcPr>
          <w:p>
            <w:r>
              <w:rPr>
                <w:b/>
                <w:sz w:val="16"/>
              </w:rPr>
              <w:t>Hours this week</w:t>
            </w:r>
          </w:p>
        </w:tc>
        <w:tc>
          <w:tcPr>
            <w:tcW w:type="dxa" w:w="5574"/>
            <w:shd w:val="clear" w:color="auto" w:fill="EEF4F1"/>
          </w:tcPr>
          <w:p>
            <w:r>
              <w:rPr>
                <w:b/>
                <w:sz w:val="16"/>
              </w:rPr>
              <w:t>Cumulative hours to date</w:t>
            </w:r>
          </w:p>
        </w:tc>
        <w:tc>
          <w:tcPr>
            <w:tcW w:type="dxa" w:w="3252"/>
            <w:shd w:val="clear" w:color="auto" w:fill="EEF4F1"/>
          </w:tcPr>
          <w:p>
            <w:r>
              <w:rPr>
                <w:b/>
                <w:sz w:val="16"/>
              </w:rPr>
              <w:t>Required total</w:t>
            </w:r>
          </w:p>
        </w:tc>
        <w:tc>
          <w:tcPr>
            <w:tcW w:type="dxa" w:w="2090"/>
            <w:shd w:val="clear" w:color="auto" w:fill="EEF4F1"/>
          </w:tcPr>
          <w:p>
            <w:r>
              <w:rPr>
                <w:b/>
                <w:sz w:val="16"/>
              </w:rPr>
              <w:t>Remaining</w:t>
            </w:r>
          </w:p>
        </w:tc>
      </w:tr>
      <w:tr>
        <w:tc>
          <w:tcPr>
            <w:tcW w:type="dxa" w:w="3484"/>
          </w:tcPr>
          <w:p>
            <w:r>
              <w:rPr>
                <w:sz w:val="16"/>
              </w:rPr>
              <w:t>________</w:t>
            </w:r>
          </w:p>
        </w:tc>
        <w:tc>
          <w:tcPr>
            <w:tcW w:type="dxa" w:w="5574"/>
          </w:tcPr>
          <w:p>
            <w:r>
              <w:rPr>
                <w:sz w:val="16"/>
              </w:rPr>
              <w:t>________</w:t>
            </w:r>
          </w:p>
        </w:tc>
        <w:tc>
          <w:tcPr>
            <w:tcW w:type="dxa" w:w="3252"/>
          </w:tcPr>
          <w:p>
            <w:r>
              <w:rPr>
                <w:sz w:val="16"/>
              </w:rPr>
              <w:t>________</w:t>
            </w:r>
          </w:p>
        </w:tc>
        <w:tc>
          <w:tcPr>
            <w:tcW w:type="dxa" w:w="2090"/>
          </w:tcPr>
          <w:p>
            <w:r>
              <w:rPr>
                <w:sz w:val="16"/>
              </w:rPr>
              <w:t>________</w:t>
            </w:r>
          </w:p>
        </w:tc>
      </w:tr>
    </w:tbl>
    <w:p>
      <w:pPr>
        <w:spacing w:after="40"/>
      </w:pPr>
    </w:p>
    <w:p>
      <w:pPr>
        <w:pStyle w:val="Heading3"/>
      </w:pPr>
      <w:r>
        <w:rPr>
          <w:rFonts w:ascii="Arial" w:hAnsi="Arial"/>
          <w:color w:val="0C3B34"/>
        </w:rPr>
        <w:t>Student certification</w:t>
      </w:r>
    </w:p>
    <w:p>
      <w:pPr>
        <w:spacing w:after="80"/>
      </w:pPr>
      <w:r>
        <w:rPr/>
        <w:t>"I certify these hours and tasks are accurate."</w:t>
      </w:r>
    </w:p>
    <w:p>
      <w:pPr>
        <w:spacing w:after="80"/>
      </w:pPr>
      <w:r>
        <w:rPr/>
        <w:t>Student signature: ______________________ Date: ________</w:t>
      </w:r>
    </w:p>
    <w:p>
      <w:pPr>
        <w:pStyle w:val="Heading3"/>
      </w:pPr>
      <w:r>
        <w:rPr>
          <w:rFonts w:ascii="Arial" w:hAnsi="Arial"/>
          <w:color w:val="0C3B34"/>
        </w:rPr>
        <w:t>Supervisor verification</w:t>
      </w:r>
    </w:p>
    <w:p>
      <w:pPr>
        <w:spacing w:after="80"/>
      </w:pPr>
      <w:r>
        <w:rPr/>
        <w:t>"I verify the hours above were worked under my supervision."</w:t>
      </w:r>
    </w:p>
    <w:p>
      <w:pPr>
        <w:spacing w:after="80"/>
      </w:pPr>
      <w:r>
        <w:rPr/>
        <w:t>Supervisor signature: ______________________ Printed name: ______________________ Date: ________</w:t>
      </w:r>
    </w:p>
    <w:p>
      <w:pPr>
        <w:spacing w:after="80"/>
      </w:pPr>
      <w:r>
        <w:rPr/>
        <w:t>Quick check (optional): ☐ On track ☐ Concerns (the coordinator will follow up)</w:t>
      </w:r>
    </w:p>
    <w:p>
      <w:pPr>
        <w:pStyle w:val="Heading3"/>
      </w:pPr>
      <w:r>
        <w:rPr>
          <w:rFonts w:ascii="Arial" w:hAnsi="Arial"/>
          <w:color w:val="0C3B34"/>
        </w:rPr>
        <w:t>Coordinator use only</w:t>
      </w:r>
    </w:p>
    <w:p>
      <w:pPr>
        <w:spacing w:after="80"/>
      </w:pPr>
      <w:r>
        <w:rPr/>
        <w:t>Received date: ________ · Reviewed by: ________________ · ☐ Entered into system</w:t>
      </w:r>
    </w:p>
    <w:p>
      <w:pPr>
        <w:pStyle w:val="Heading3"/>
      </w:pPr>
      <w:r>
        <w:rPr>
          <w:rFonts w:ascii="Arial" w:hAnsi="Arial"/>
          <w:color w:val="0C3B34"/>
        </w:rPr>
        <w:t>Instructions</w:t>
      </w:r>
    </w:p>
    <w:p>
      <w:pPr>
        <w:pStyle w:val="ListBullet"/>
        <w:spacing w:after="20"/>
      </w:pPr>
      <w:r>
        <w:rPr>
          <w:b/>
        </w:rPr>
        <w:t>Rounding:</w:t>
      </w:r>
      <w:r>
        <w:rPr/>
        <w:t xml:space="preserve"> </w:t>
      </w:r>
      <w:r>
        <w:rPr>
          <w:highlight w:val="yellow"/>
        </w:rPr>
        <w:t>[EDIT: e.g., round each day's total to the nearest ¼ hour]</w:t>
      </w:r>
    </w:p>
    <w:p>
      <w:pPr>
        <w:pStyle w:val="ListBullet"/>
        <w:spacing w:after="20"/>
      </w:pPr>
      <w:r>
        <w:rPr>
          <w:b/>
        </w:rPr>
        <w:t>Breaks:</w:t>
      </w:r>
      <w:r>
        <w:rPr/>
        <w:t xml:space="preserve"> subtract unpaid breaks from each day's total.</w:t>
      </w:r>
    </w:p>
    <w:p>
      <w:pPr>
        <w:pStyle w:val="ListBullet"/>
        <w:spacing w:after="20"/>
      </w:pPr>
      <w:r>
        <w:rPr>
          <w:b/>
        </w:rPr>
        <w:t>Deadline:</w:t>
      </w:r>
      <w:r>
        <w:rPr/>
        <w:t xml:space="preserve"> </w:t>
      </w:r>
      <w:r>
        <w:rPr>
          <w:highlight w:val="yellow"/>
        </w:rPr>
        <w:t>[EDIT: e.g., submit by Monday for the previous week]</w:t>
      </w:r>
    </w:p>
    <w:p>
      <w:pPr>
        <w:pStyle w:val="ListBullet"/>
        <w:spacing w:after="20"/>
      </w:pPr>
      <w:r>
        <w:rPr>
          <w:b/>
        </w:rPr>
        <w:t>How to submit:</w:t>
      </w:r>
      <w:r>
        <w:rPr/>
        <w:t xml:space="preserve"> </w:t>
      </w:r>
      <w:r>
        <w:rPr>
          <w:highlight w:val="yellow"/>
        </w:rPr>
        <w:t>[EDIT: e.g., email a scan or photo to coordinator@district.org, or hand in at school]</w:t>
      </w:r>
    </w:p>
    <w:p>
      <w:pPr>
        <w:pStyle w:val="ListBullet"/>
        <w:spacing w:after="20"/>
      </w:pPr>
      <w:r>
        <w:rPr>
          <w:b/>
        </w:rPr>
        <w:t>Corrections:</w:t>
      </w:r>
      <w:r>
        <w:rPr/>
        <w:t xml:space="preserve"> draw a single line through the error, write the correct entry, and initial it. Do not write over entries.</w:t>
      </w:r>
    </w:p>
    <w:sectPr w:rsidR="00FC693F" w:rsidRPr="0006063C" w:rsidSect="00034616">
      <w:footerReference w:type="default" r:id="rId9"/>
      <w:headerReference w:type="default" r:id="rId10"/>
      <w:pgSz w:w="15840" w:h="12240" w:orient="landscape"/>
      <w:pgMar w:top="864" w:right="720" w:bottom="86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color w:val="4B635D"/>
        <w:sz w:val="14"/>
      </w:rPr>
      <w:t xml:space="preserve">Hours for students under 18 must follow federal and state child-labor rules. Confirm with your district. · Template from WBL Tracker (wbltracker.com/templates). Review with your district before use. Version 1.0, October 2026.   ·   Page </w:t>
    </w:r>
    <w:r>
      <w:rPr>
        <w:sz w:val="14"/>
      </w:rPr>
      <w:fldChar w:fldCharType="begin"/>
      <w:instrText xml:space="preserve">PAGE</w:instrText>
      <w:fldChar w:fldCharType="end"/>
    </w:r>
    <w:r>
      <w:rPr>
        <w:color w:val="4B635D"/>
        <w:sz w:val="14"/>
      </w:rPr>
      <w:t xml:space="preserve"> of </w:t>
    </w:r>
    <w:r>
      <w:rPr>
        <w:sz w:val="14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C3B34"/>
        <w:sz w:val="16"/>
      </w:rPr>
      <w:t>WBL Tracker · Free WBL templates · wbltracker.com/templates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WBL Weekly Timesheet</dc:title>
  <dc:subject/>
  <dc:creator>WBL Tracker</dc:creator>
  <cp:keywords/>
  <dc:description>Free template from WBL Tracker (wbltracker.com/templates). Review with your district before use.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