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/>
          <w:color w:val="0C3B34"/>
        </w:rPr>
        <w:t>Work-Based Learning Timesheet &amp; Hours Log</w:t>
      </w:r>
    </w:p>
    <w:tbl>
      <w:tblPr>
        <w:tblStyle w:val="TableGrid"/>
        <w:tblW w:type="auto" w:w="0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14400"/>
      </w:tblGrid>
      <w:tr>
        <w:tc>
          <w:tcPr>
            <w:tcW w:type="dxa" w:w="14400"/>
            <w:shd w:val="clear" w:color="auto" w:fill="EEF4F1"/>
          </w:tcPr>
          <w:p>
            <w:r>
              <w:rPr>
                <w:b/>
                <w:sz w:val="18"/>
              </w:rPr>
              <w:t>Before you use this template:</w:t>
            </w:r>
            <w:r>
              <w:rPr>
                <w:sz w:val="18"/>
              </w:rPr>
              <w:t xml:space="preserve"> This is a starting point. Review it with your district and against your state and local requirements before use, including child-labor hour rules for students under 18 and what student information you collect (FERPA).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/>
          <w:color w:val="0C3B34"/>
        </w:rPr>
        <w:t>Version 1: Weekly Timesheet</w:t>
      </w:r>
    </w:p>
    <w:p>
      <w:pPr>
        <w:spacing w:after="80"/>
      </w:pPr>
      <w:r>
        <w:rPr>
          <w:color w:val="6B817B"/>
        </w:rPr>
        <w:t xml:space="preserve">[ District logo ]  </w:t>
      </w:r>
      <w:r>
        <w:rPr/>
        <w:t xml:space="preserve"> </w:t>
      </w:r>
      <w:r>
        <w:rPr>
          <w:b/>
          <w:highlight w:val="yellow"/>
        </w:rPr>
        <w:t>[District Name]</w:t>
      </w:r>
      <w:r>
        <w:rPr/>
        <w:t xml:space="preserve"> · </w:t>
      </w:r>
      <w:r>
        <w:rPr>
          <w:highlight w:val="yellow"/>
        </w:rPr>
        <w:t>[School Name]</w:t>
      </w:r>
    </w:p>
    <w:p>
      <w:pPr>
        <w:pStyle w:val="Heading3"/>
      </w:pPr>
      <w:r>
        <w:rPr>
          <w:rFonts w:ascii="Arial" w:hAnsi="Arial"/>
          <w:color w:val="0C3B34"/>
        </w:rPr>
        <w:t>Header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  <w:tblCellMar>
          <w:top w:w="60" w:type="dxa"/>
          <w:bottom w:w="60" w:type="dxa"/>
          <w:left w:w="90" w:type="dxa"/>
          <w:right w:w="90" w:type="dxa"/>
        </w:tblCellMar>
        <w:tblLayout w:type="fixed"/>
      </w:tblPr>
      <w:tblGrid>
        <w:gridCol w:w="2820"/>
        <w:gridCol w:w="2375"/>
        <w:gridCol w:w="3562"/>
        <w:gridCol w:w="5641"/>
      </w:tblGrid>
      <w:tr>
        <w:tc>
          <w:tcPr>
            <w:tcW w:type="dxa" w:w="2821"/>
            <w:shd w:val="clear" w:color="auto" w:fill="EEF4F1"/>
          </w:tcPr>
          <w:p>
            <w:r>
              <w:rPr>
                <w:b/>
                <w:sz w:val="16"/>
              </w:rPr>
              <w:t>Field</w:t>
            </w:r>
          </w:p>
        </w:tc>
        <w:tc>
          <w:tcPr>
            <w:tcW w:type="dxa" w:w="2375"/>
            <w:shd w:val="clear" w:color="auto" w:fill="EEF4F1"/>
          </w:tcPr>
          <w:p>
            <w:r>
              <w:rPr>
                <w:b/>
                <w:sz w:val="16"/>
              </w:rPr>
              <w:t>Entry</w:t>
            </w:r>
          </w:p>
        </w:tc>
        <w:tc>
          <w:tcPr>
            <w:tcW w:type="dxa" w:w="3563"/>
            <w:shd w:val="clear" w:color="auto" w:fill="EEF4F1"/>
          </w:tcPr>
          <w:p>
            <w:r>
              <w:rPr>
                <w:b/>
                <w:sz w:val="16"/>
              </w:rPr>
              <w:t>Field</w:t>
            </w:r>
          </w:p>
        </w:tc>
        <w:tc>
          <w:tcPr>
            <w:tcW w:type="dxa" w:w="5641"/>
            <w:shd w:val="clear" w:color="auto" w:fill="EEF4F1"/>
          </w:tcPr>
          <w:p>
            <w:r>
              <w:rPr>
                <w:b/>
                <w:sz w:val="16"/>
              </w:rPr>
              <w:t>Entry</w:t>
            </w:r>
          </w:p>
        </w:tc>
      </w:tr>
      <w:tr>
        <w:tc>
          <w:tcPr>
            <w:tcW w:type="dxa" w:w="2821"/>
          </w:tcPr>
          <w:p>
            <w:r>
              <w:rPr>
                <w:sz w:val="16"/>
              </w:rPr>
              <w:t>Program / pathway</w:t>
            </w:r>
          </w:p>
        </w:tc>
        <w:tc>
          <w:tcPr>
            <w:tcW w:type="dxa" w:w="2375"/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3563"/>
          </w:tcPr>
          <w:p>
            <w:r>
              <w:rPr>
                <w:sz w:val="16"/>
              </w:rPr>
              <w:t>School year</w:t>
            </w:r>
          </w:p>
        </w:tc>
        <w:tc>
          <w:tcPr>
            <w:tcW w:type="dxa" w:w="5641"/>
          </w:tcPr>
          <w:p>
            <w:r>
              <w:rPr>
                <w:sz w:val="16"/>
              </w:rPr>
              <w:t>________</w:t>
            </w:r>
          </w:p>
        </w:tc>
      </w:tr>
      <w:tr>
        <w:tc>
          <w:tcPr>
            <w:tcW w:type="dxa" w:w="2821"/>
          </w:tcPr>
          <w:p>
            <w:r>
              <w:rPr>
                <w:sz w:val="16"/>
              </w:rPr>
              <w:t>Student name</w:t>
            </w:r>
          </w:p>
        </w:tc>
        <w:tc>
          <w:tcPr>
            <w:tcW w:type="dxa" w:w="2375"/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3563"/>
          </w:tcPr>
          <w:p>
            <w:r>
              <w:rPr>
                <w:sz w:val="16"/>
              </w:rPr>
              <w:t>Grade</w:t>
            </w:r>
          </w:p>
        </w:tc>
        <w:tc>
          <w:tcPr>
            <w:tcW w:type="dxa" w:w="5641"/>
          </w:tcPr>
          <w:p>
            <w:r>
              <w:rPr>
                <w:sz w:val="16"/>
              </w:rPr>
              <w:t>____</w:t>
            </w:r>
          </w:p>
        </w:tc>
      </w:tr>
      <w:tr>
        <w:tc>
          <w:tcPr>
            <w:tcW w:type="dxa" w:w="2821"/>
          </w:tcPr>
          <w:p>
            <w:r>
              <w:rPr>
                <w:sz w:val="16"/>
              </w:rPr>
              <w:t>Worksite / business</w:t>
            </w:r>
          </w:p>
        </w:tc>
        <w:tc>
          <w:tcPr>
            <w:tcW w:type="dxa" w:w="2375"/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3563"/>
          </w:tcPr>
          <w:p>
            <w:r>
              <w:rPr>
                <w:sz w:val="16"/>
              </w:rPr>
              <w:t>WBL type</w:t>
            </w:r>
          </w:p>
        </w:tc>
        <w:tc>
          <w:tcPr>
            <w:tcW w:type="dxa" w:w="5641"/>
          </w:tcPr>
          <w:p>
            <w:r>
              <w:rPr>
                <w:sz w:val="16"/>
              </w:rPr>
              <w:t>☐ Internship ☐ Apprenticeship ☐ Pre-apprenticeship ☐ Clinical ☐ Other: ______</w:t>
            </w:r>
          </w:p>
        </w:tc>
      </w:tr>
      <w:tr>
        <w:tc>
          <w:tcPr>
            <w:tcW w:type="dxa" w:w="2821"/>
          </w:tcPr>
          <w:p>
            <w:r>
              <w:rPr>
                <w:sz w:val="16"/>
              </w:rPr>
              <w:t>Supervisor name</w:t>
            </w:r>
          </w:p>
        </w:tc>
        <w:tc>
          <w:tcPr>
            <w:tcW w:type="dxa" w:w="2375"/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3563"/>
          </w:tcPr>
          <w:p>
            <w:r>
              <w:rPr>
                <w:sz w:val="16"/>
              </w:rPr>
              <w:t>Supervisor phone / email</w:t>
            </w:r>
          </w:p>
        </w:tc>
        <w:tc>
          <w:tcPr>
            <w:tcW w:type="dxa" w:w="5641"/>
          </w:tcPr>
          <w:p>
            <w:r>
              <w:rPr>
                <w:sz w:val="16"/>
              </w:rPr>
              <w:t>________________</w:t>
            </w:r>
          </w:p>
        </w:tc>
      </w:tr>
      <w:tr>
        <w:tc>
          <w:tcPr>
            <w:tcW w:type="dxa" w:w="2821"/>
          </w:tcPr>
          <w:p>
            <w:r>
              <w:rPr>
                <w:sz w:val="16"/>
              </w:rPr>
              <w:t>Compensation</w:t>
            </w:r>
          </w:p>
        </w:tc>
        <w:tc>
          <w:tcPr>
            <w:tcW w:type="dxa" w:w="2375"/>
          </w:tcPr>
          <w:p>
            <w:r>
              <w:rPr>
                <w:sz w:val="16"/>
              </w:rPr>
              <w:t>☐ Paid ☐ Unpaid</w:t>
            </w:r>
          </w:p>
        </w:tc>
        <w:tc>
          <w:tcPr>
            <w:tcW w:type="dxa" w:w="3563"/>
          </w:tcPr>
          <w:p>
            <w:r>
              <w:rPr>
                <w:sz w:val="16"/>
              </w:rPr>
              <w:t>Week of (Monday's date)</w:t>
            </w:r>
          </w:p>
        </w:tc>
        <w:tc>
          <w:tcPr>
            <w:tcW w:type="dxa" w:w="5641"/>
          </w:tcPr>
          <w:p>
            <w:r>
              <w:rPr>
                <w:sz w:val="16"/>
              </w:rPr>
              <w:t>____ / ____ / ________</w:t>
            </w:r>
          </w:p>
        </w:tc>
      </w:tr>
    </w:tbl>
    <w:p>
      <w:pPr>
        <w:spacing w:after="40"/>
      </w:pPr>
    </w:p>
    <w:p>
      <w:pPr>
        <w:pStyle w:val="Heading3"/>
      </w:pPr>
      <w:r>
        <w:rPr>
          <w:rFonts w:ascii="Arial" w:hAnsi="Arial"/>
          <w:color w:val="0C3B34"/>
        </w:rPr>
        <w:t>Daily log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  <w:tblCellMar>
          <w:top w:w="60" w:type="dxa"/>
          <w:bottom w:w="60" w:type="dxa"/>
          <w:left w:w="90" w:type="dxa"/>
          <w:right w:w="90" w:type="dxa"/>
        </w:tblCellMar>
        <w:tblLayout w:type="fixed"/>
      </w:tblPr>
      <w:tblGrid>
        <w:gridCol w:w="473"/>
        <w:gridCol w:w="473"/>
        <w:gridCol w:w="663"/>
        <w:gridCol w:w="757"/>
        <w:gridCol w:w="1705"/>
        <w:gridCol w:w="1042"/>
        <w:gridCol w:w="1705"/>
        <w:gridCol w:w="2178"/>
        <w:gridCol w:w="3600"/>
        <w:gridCol w:w="1800"/>
      </w:tblGrid>
      <w:tr>
        <w:tc>
          <w:tcPr>
            <w:tcW w:type="dxa" w:w="474"/>
            <w:shd w:val="clear" w:color="auto" w:fill="EEF4F1"/>
          </w:tcPr>
          <w:p>
            <w:r>
              <w:rPr>
                <w:b/>
                <w:sz w:val="16"/>
              </w:rPr>
              <w:t>Day</w:t>
            </w:r>
          </w:p>
        </w:tc>
        <w:tc>
          <w:tcPr>
            <w:tcW w:type="dxa" w:w="474"/>
            <w:shd w:val="clear" w:color="auto" w:fill="EEF4F1"/>
          </w:tcPr>
          <w:p>
            <w:r>
              <w:rPr>
                <w:b/>
                <w:sz w:val="16"/>
              </w:rPr>
              <w:t>Date</w:t>
            </w:r>
          </w:p>
        </w:tc>
        <w:tc>
          <w:tcPr>
            <w:tcW w:type="dxa" w:w="663"/>
            <w:shd w:val="clear" w:color="auto" w:fill="EEF4F1"/>
          </w:tcPr>
          <w:p>
            <w:r>
              <w:rPr>
                <w:b/>
                <w:sz w:val="16"/>
              </w:rPr>
              <w:t>Time in</w:t>
            </w:r>
          </w:p>
        </w:tc>
        <w:tc>
          <w:tcPr>
            <w:tcW w:type="dxa" w:w="758"/>
            <w:shd w:val="clear" w:color="auto" w:fill="EEF4F1"/>
          </w:tcPr>
          <w:p>
            <w:r>
              <w:rPr>
                <w:b/>
                <w:sz w:val="16"/>
              </w:rPr>
              <w:t>Time out</w:t>
            </w:r>
          </w:p>
        </w:tc>
        <w:tc>
          <w:tcPr>
            <w:tcW w:type="dxa" w:w="1705"/>
            <w:shd w:val="clear" w:color="auto" w:fill="EEF4F1"/>
          </w:tcPr>
          <w:p>
            <w:r>
              <w:rPr>
                <w:b/>
                <w:sz w:val="16"/>
              </w:rPr>
              <w:t>Unpaid break (min)</w:t>
            </w:r>
          </w:p>
        </w:tc>
        <w:tc>
          <w:tcPr>
            <w:tcW w:type="dxa" w:w="1042"/>
            <w:shd w:val="clear" w:color="auto" w:fill="EEF4F1"/>
          </w:tcPr>
          <w:p>
            <w:r>
              <w:rPr>
                <w:b/>
                <w:sz w:val="16"/>
              </w:rPr>
              <w:t>Total hours</w:t>
            </w:r>
          </w:p>
        </w:tc>
        <w:tc>
          <w:tcPr>
            <w:tcW w:type="dxa" w:w="1705"/>
            <w:shd w:val="clear" w:color="auto" w:fill="EEF4F1"/>
          </w:tcPr>
          <w:p>
            <w:r>
              <w:rPr>
                <w:b/>
                <w:sz w:val="16"/>
              </w:rPr>
              <w:t>On-site / Remote</w:t>
            </w:r>
          </w:p>
        </w:tc>
        <w:tc>
          <w:tcPr>
            <w:tcW w:type="dxa" w:w="2179"/>
            <w:shd w:val="clear" w:color="auto" w:fill="EEF4F1"/>
          </w:tcPr>
          <w:p>
            <w:r>
              <w:rPr>
                <w:b/>
                <w:sz w:val="16"/>
              </w:rPr>
              <w:t>Tasks performed (brief)</w:t>
            </w:r>
          </w:p>
        </w:tc>
        <w:tc>
          <w:tcPr>
            <w:tcW w:type="dxa" w:w="3600"/>
            <w:shd w:val="clear" w:color="auto" w:fill="EEF4F1"/>
          </w:tcPr>
          <w:p>
            <w:r>
              <w:rPr>
                <w:b/>
                <w:sz w:val="16"/>
              </w:rPr>
              <w:t>Learning objective # (from training agreement)</w:t>
            </w:r>
          </w:p>
        </w:tc>
        <w:tc>
          <w:tcPr>
            <w:tcW w:type="dxa" w:w="1800"/>
            <w:shd w:val="clear" w:color="auto" w:fill="EEF4F1"/>
          </w:tcPr>
          <w:p>
            <w:r>
              <w:rPr>
                <w:b/>
                <w:sz w:val="16"/>
              </w:rPr>
              <w:t>Supervisor initials</w:t>
            </w:r>
          </w:p>
        </w:tc>
      </w:tr>
      <w:tr>
        <w:tc>
          <w:tcPr>
            <w:tcW w:type="dxa" w:w="474"/>
          </w:tcPr>
          <w:p>
            <w:r>
              <w:rPr>
                <w:sz w:val="16"/>
              </w:rPr>
              <w:t>Mon</w:t>
            </w:r>
          </w:p>
        </w:tc>
        <w:tc>
          <w:tcPr>
            <w:tcW w:type="dxa" w:w="474"/>
          </w:tcPr>
          <w:p/>
        </w:tc>
        <w:tc>
          <w:tcPr>
            <w:tcW w:type="dxa" w:w="663"/>
          </w:tcPr>
          <w:p/>
        </w:tc>
        <w:tc>
          <w:tcPr>
            <w:tcW w:type="dxa" w:w="758"/>
          </w:tcPr>
          <w:p/>
        </w:tc>
        <w:tc>
          <w:tcPr>
            <w:tcW w:type="dxa" w:w="1705"/>
          </w:tcPr>
          <w:p/>
        </w:tc>
        <w:tc>
          <w:tcPr>
            <w:tcW w:type="dxa" w:w="1042"/>
          </w:tcPr>
          <w:p/>
        </w:tc>
        <w:tc>
          <w:tcPr>
            <w:tcW w:type="dxa" w:w="1705"/>
          </w:tcPr>
          <w:p>
            <w:r>
              <w:rPr>
                <w:sz w:val="16"/>
              </w:rPr>
              <w:t>☐ On-site ☐ Remote</w:t>
            </w:r>
          </w:p>
        </w:tc>
        <w:tc>
          <w:tcPr>
            <w:tcW w:type="dxa" w:w="2179"/>
          </w:tcPr>
          <w:p/>
        </w:tc>
        <w:tc>
          <w:tcPr>
            <w:tcW w:type="dxa" w:w="36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474"/>
          </w:tcPr>
          <w:p>
            <w:r>
              <w:rPr>
                <w:sz w:val="16"/>
              </w:rPr>
              <w:t>Tue</w:t>
            </w:r>
          </w:p>
        </w:tc>
        <w:tc>
          <w:tcPr>
            <w:tcW w:type="dxa" w:w="474"/>
          </w:tcPr>
          <w:p/>
        </w:tc>
        <w:tc>
          <w:tcPr>
            <w:tcW w:type="dxa" w:w="663"/>
          </w:tcPr>
          <w:p/>
        </w:tc>
        <w:tc>
          <w:tcPr>
            <w:tcW w:type="dxa" w:w="758"/>
          </w:tcPr>
          <w:p/>
        </w:tc>
        <w:tc>
          <w:tcPr>
            <w:tcW w:type="dxa" w:w="1705"/>
          </w:tcPr>
          <w:p/>
        </w:tc>
        <w:tc>
          <w:tcPr>
            <w:tcW w:type="dxa" w:w="1042"/>
          </w:tcPr>
          <w:p/>
        </w:tc>
        <w:tc>
          <w:tcPr>
            <w:tcW w:type="dxa" w:w="1705"/>
          </w:tcPr>
          <w:p>
            <w:r>
              <w:rPr>
                <w:sz w:val="16"/>
              </w:rPr>
              <w:t>☐ On-site ☐ Remote</w:t>
            </w:r>
          </w:p>
        </w:tc>
        <w:tc>
          <w:tcPr>
            <w:tcW w:type="dxa" w:w="2179"/>
          </w:tcPr>
          <w:p/>
        </w:tc>
        <w:tc>
          <w:tcPr>
            <w:tcW w:type="dxa" w:w="36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474"/>
          </w:tcPr>
          <w:p>
            <w:r>
              <w:rPr>
                <w:sz w:val="16"/>
              </w:rPr>
              <w:t>Wed</w:t>
            </w:r>
          </w:p>
        </w:tc>
        <w:tc>
          <w:tcPr>
            <w:tcW w:type="dxa" w:w="474"/>
          </w:tcPr>
          <w:p/>
        </w:tc>
        <w:tc>
          <w:tcPr>
            <w:tcW w:type="dxa" w:w="663"/>
          </w:tcPr>
          <w:p/>
        </w:tc>
        <w:tc>
          <w:tcPr>
            <w:tcW w:type="dxa" w:w="758"/>
          </w:tcPr>
          <w:p/>
        </w:tc>
        <w:tc>
          <w:tcPr>
            <w:tcW w:type="dxa" w:w="1705"/>
          </w:tcPr>
          <w:p/>
        </w:tc>
        <w:tc>
          <w:tcPr>
            <w:tcW w:type="dxa" w:w="1042"/>
          </w:tcPr>
          <w:p/>
        </w:tc>
        <w:tc>
          <w:tcPr>
            <w:tcW w:type="dxa" w:w="1705"/>
          </w:tcPr>
          <w:p>
            <w:r>
              <w:rPr>
                <w:sz w:val="16"/>
              </w:rPr>
              <w:t>☐ On-site ☐ Remote</w:t>
            </w:r>
          </w:p>
        </w:tc>
        <w:tc>
          <w:tcPr>
            <w:tcW w:type="dxa" w:w="2179"/>
          </w:tcPr>
          <w:p/>
        </w:tc>
        <w:tc>
          <w:tcPr>
            <w:tcW w:type="dxa" w:w="36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474"/>
          </w:tcPr>
          <w:p>
            <w:r>
              <w:rPr>
                <w:sz w:val="16"/>
              </w:rPr>
              <w:t>Thu</w:t>
            </w:r>
          </w:p>
        </w:tc>
        <w:tc>
          <w:tcPr>
            <w:tcW w:type="dxa" w:w="474"/>
          </w:tcPr>
          <w:p/>
        </w:tc>
        <w:tc>
          <w:tcPr>
            <w:tcW w:type="dxa" w:w="663"/>
          </w:tcPr>
          <w:p/>
        </w:tc>
        <w:tc>
          <w:tcPr>
            <w:tcW w:type="dxa" w:w="758"/>
          </w:tcPr>
          <w:p/>
        </w:tc>
        <w:tc>
          <w:tcPr>
            <w:tcW w:type="dxa" w:w="1705"/>
          </w:tcPr>
          <w:p/>
        </w:tc>
        <w:tc>
          <w:tcPr>
            <w:tcW w:type="dxa" w:w="1042"/>
          </w:tcPr>
          <w:p/>
        </w:tc>
        <w:tc>
          <w:tcPr>
            <w:tcW w:type="dxa" w:w="1705"/>
          </w:tcPr>
          <w:p>
            <w:r>
              <w:rPr>
                <w:sz w:val="16"/>
              </w:rPr>
              <w:t>☐ On-site ☐ Remote</w:t>
            </w:r>
          </w:p>
        </w:tc>
        <w:tc>
          <w:tcPr>
            <w:tcW w:type="dxa" w:w="2179"/>
          </w:tcPr>
          <w:p/>
        </w:tc>
        <w:tc>
          <w:tcPr>
            <w:tcW w:type="dxa" w:w="36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474"/>
          </w:tcPr>
          <w:p>
            <w:r>
              <w:rPr>
                <w:sz w:val="16"/>
              </w:rPr>
              <w:t>Fri</w:t>
            </w:r>
          </w:p>
        </w:tc>
        <w:tc>
          <w:tcPr>
            <w:tcW w:type="dxa" w:w="474"/>
          </w:tcPr>
          <w:p/>
        </w:tc>
        <w:tc>
          <w:tcPr>
            <w:tcW w:type="dxa" w:w="663"/>
          </w:tcPr>
          <w:p/>
        </w:tc>
        <w:tc>
          <w:tcPr>
            <w:tcW w:type="dxa" w:w="758"/>
          </w:tcPr>
          <w:p/>
        </w:tc>
        <w:tc>
          <w:tcPr>
            <w:tcW w:type="dxa" w:w="1705"/>
          </w:tcPr>
          <w:p/>
        </w:tc>
        <w:tc>
          <w:tcPr>
            <w:tcW w:type="dxa" w:w="1042"/>
          </w:tcPr>
          <w:p/>
        </w:tc>
        <w:tc>
          <w:tcPr>
            <w:tcW w:type="dxa" w:w="1705"/>
          </w:tcPr>
          <w:p>
            <w:r>
              <w:rPr>
                <w:sz w:val="16"/>
              </w:rPr>
              <w:t>☐ On-site ☐ Remote</w:t>
            </w:r>
          </w:p>
        </w:tc>
        <w:tc>
          <w:tcPr>
            <w:tcW w:type="dxa" w:w="2179"/>
          </w:tcPr>
          <w:p/>
        </w:tc>
        <w:tc>
          <w:tcPr>
            <w:tcW w:type="dxa" w:w="36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474"/>
          </w:tcPr>
          <w:p>
            <w:r>
              <w:rPr>
                <w:sz w:val="16"/>
              </w:rPr>
              <w:t>Sat</w:t>
            </w:r>
          </w:p>
        </w:tc>
        <w:tc>
          <w:tcPr>
            <w:tcW w:type="dxa" w:w="474"/>
          </w:tcPr>
          <w:p/>
        </w:tc>
        <w:tc>
          <w:tcPr>
            <w:tcW w:type="dxa" w:w="663"/>
          </w:tcPr>
          <w:p/>
        </w:tc>
        <w:tc>
          <w:tcPr>
            <w:tcW w:type="dxa" w:w="758"/>
          </w:tcPr>
          <w:p/>
        </w:tc>
        <w:tc>
          <w:tcPr>
            <w:tcW w:type="dxa" w:w="1705"/>
          </w:tcPr>
          <w:p/>
        </w:tc>
        <w:tc>
          <w:tcPr>
            <w:tcW w:type="dxa" w:w="1042"/>
          </w:tcPr>
          <w:p/>
        </w:tc>
        <w:tc>
          <w:tcPr>
            <w:tcW w:type="dxa" w:w="1705"/>
          </w:tcPr>
          <w:p>
            <w:r>
              <w:rPr>
                <w:sz w:val="16"/>
              </w:rPr>
              <w:t>☐ On-site ☐ Remote</w:t>
            </w:r>
          </w:p>
        </w:tc>
        <w:tc>
          <w:tcPr>
            <w:tcW w:type="dxa" w:w="2179"/>
          </w:tcPr>
          <w:p/>
        </w:tc>
        <w:tc>
          <w:tcPr>
            <w:tcW w:type="dxa" w:w="36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474"/>
          </w:tcPr>
          <w:p>
            <w:r>
              <w:rPr>
                <w:sz w:val="16"/>
              </w:rPr>
              <w:t>Sun</w:t>
            </w:r>
          </w:p>
        </w:tc>
        <w:tc>
          <w:tcPr>
            <w:tcW w:type="dxa" w:w="474"/>
          </w:tcPr>
          <w:p/>
        </w:tc>
        <w:tc>
          <w:tcPr>
            <w:tcW w:type="dxa" w:w="663"/>
          </w:tcPr>
          <w:p/>
        </w:tc>
        <w:tc>
          <w:tcPr>
            <w:tcW w:type="dxa" w:w="758"/>
          </w:tcPr>
          <w:p/>
        </w:tc>
        <w:tc>
          <w:tcPr>
            <w:tcW w:type="dxa" w:w="1705"/>
          </w:tcPr>
          <w:p/>
        </w:tc>
        <w:tc>
          <w:tcPr>
            <w:tcW w:type="dxa" w:w="1042"/>
          </w:tcPr>
          <w:p/>
        </w:tc>
        <w:tc>
          <w:tcPr>
            <w:tcW w:type="dxa" w:w="1705"/>
          </w:tcPr>
          <w:p>
            <w:r>
              <w:rPr>
                <w:sz w:val="16"/>
              </w:rPr>
              <w:t>☐ On-site ☐ Remote</w:t>
            </w:r>
          </w:p>
        </w:tc>
        <w:tc>
          <w:tcPr>
            <w:tcW w:type="dxa" w:w="2179"/>
          </w:tcPr>
          <w:p/>
        </w:tc>
        <w:tc>
          <w:tcPr>
            <w:tcW w:type="dxa" w:w="3600"/>
          </w:tcPr>
          <w:p/>
        </w:tc>
        <w:tc>
          <w:tcPr>
            <w:tcW w:type="dxa" w:w="1800"/>
          </w:tcPr>
          <w:p/>
        </w:tc>
      </w:tr>
    </w:tbl>
    <w:p>
      <w:pPr>
        <w:spacing w:after="40"/>
      </w:pPr>
    </w:p>
    <w:p>
      <w:pPr>
        <w:spacing w:after="80"/>
      </w:pPr>
      <w:r>
        <w:rPr>
          <w:b/>
        </w:rPr>
        <w:t>Absence codes</w:t>
      </w:r>
      <w:r>
        <w:rPr/>
        <w:t xml:space="preserve"> (enter a code in "Total hours" for any scheduled day not worked; every scheduled day needs an entry):</w:t>
      </w:r>
      <w:r>
        <w:br/>
      </w:r>
      <w:r>
        <w:rPr/>
        <w:t>S = sick · C = in class · H = holiday · X = not scheduled · O = other (explain in Tasks column)</w:t>
      </w:r>
    </w:p>
    <w:p>
      <w:pPr>
        <w:pStyle w:val="Heading3"/>
      </w:pPr>
      <w:r>
        <w:rPr>
          <w:rFonts w:ascii="Arial" w:hAnsi="Arial"/>
          <w:color w:val="0C3B34"/>
        </w:rPr>
        <w:t>Totals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  <w:tblCellMar>
          <w:top w:w="60" w:type="dxa"/>
          <w:bottom w:w="60" w:type="dxa"/>
          <w:left w:w="90" w:type="dxa"/>
          <w:right w:w="90" w:type="dxa"/>
        </w:tblCellMar>
        <w:tblLayout w:type="fixed"/>
      </w:tblPr>
      <w:tblGrid>
        <w:gridCol w:w="3483"/>
        <w:gridCol w:w="5574"/>
        <w:gridCol w:w="3251"/>
        <w:gridCol w:w="2090"/>
      </w:tblGrid>
      <w:tr>
        <w:tc>
          <w:tcPr>
            <w:tcW w:type="dxa" w:w="3484"/>
            <w:shd w:val="clear" w:color="auto" w:fill="EEF4F1"/>
          </w:tcPr>
          <w:p>
            <w:r>
              <w:rPr>
                <w:b/>
                <w:sz w:val="16"/>
              </w:rPr>
              <w:t>Hours this week</w:t>
            </w:r>
          </w:p>
        </w:tc>
        <w:tc>
          <w:tcPr>
            <w:tcW w:type="dxa" w:w="5574"/>
            <w:shd w:val="clear" w:color="auto" w:fill="EEF4F1"/>
          </w:tcPr>
          <w:p>
            <w:r>
              <w:rPr>
                <w:b/>
                <w:sz w:val="16"/>
              </w:rPr>
              <w:t>Cumulative hours to date</w:t>
            </w:r>
          </w:p>
        </w:tc>
        <w:tc>
          <w:tcPr>
            <w:tcW w:type="dxa" w:w="3252"/>
            <w:shd w:val="clear" w:color="auto" w:fill="EEF4F1"/>
          </w:tcPr>
          <w:p>
            <w:r>
              <w:rPr>
                <w:b/>
                <w:sz w:val="16"/>
              </w:rPr>
              <w:t>Required total</w:t>
            </w:r>
          </w:p>
        </w:tc>
        <w:tc>
          <w:tcPr>
            <w:tcW w:type="dxa" w:w="2090"/>
            <w:shd w:val="clear" w:color="auto" w:fill="EEF4F1"/>
          </w:tcPr>
          <w:p>
            <w:r>
              <w:rPr>
                <w:b/>
                <w:sz w:val="16"/>
              </w:rPr>
              <w:t>Remaining</w:t>
            </w:r>
          </w:p>
        </w:tc>
      </w:tr>
      <w:tr>
        <w:tc>
          <w:tcPr>
            <w:tcW w:type="dxa" w:w="3484"/>
          </w:tcPr>
          <w:p>
            <w:r>
              <w:rPr>
                <w:sz w:val="16"/>
              </w:rPr>
              <w:t>________</w:t>
            </w:r>
          </w:p>
        </w:tc>
        <w:tc>
          <w:tcPr>
            <w:tcW w:type="dxa" w:w="5574"/>
          </w:tcPr>
          <w:p>
            <w:r>
              <w:rPr>
                <w:sz w:val="16"/>
              </w:rPr>
              <w:t>________</w:t>
            </w:r>
          </w:p>
        </w:tc>
        <w:tc>
          <w:tcPr>
            <w:tcW w:type="dxa" w:w="3252"/>
          </w:tcPr>
          <w:p>
            <w:r>
              <w:rPr>
                <w:sz w:val="16"/>
              </w:rPr>
              <w:t>________</w:t>
            </w:r>
          </w:p>
        </w:tc>
        <w:tc>
          <w:tcPr>
            <w:tcW w:type="dxa" w:w="2090"/>
          </w:tcPr>
          <w:p>
            <w:r>
              <w:rPr>
                <w:sz w:val="16"/>
              </w:rPr>
              <w:t>________</w:t>
            </w:r>
          </w:p>
        </w:tc>
      </w:tr>
    </w:tbl>
    <w:p>
      <w:pPr>
        <w:spacing w:after="40"/>
      </w:pPr>
    </w:p>
    <w:p>
      <w:pPr>
        <w:pStyle w:val="Heading3"/>
      </w:pPr>
      <w:r>
        <w:rPr>
          <w:rFonts w:ascii="Arial" w:hAnsi="Arial"/>
          <w:color w:val="0C3B34"/>
        </w:rPr>
        <w:t>Student certification</w:t>
      </w:r>
    </w:p>
    <w:p>
      <w:pPr>
        <w:spacing w:after="80"/>
      </w:pPr>
      <w:r>
        <w:rPr/>
        <w:t>"I certify these hours and tasks are accurate."</w:t>
      </w:r>
    </w:p>
    <w:p>
      <w:pPr>
        <w:spacing w:after="80"/>
      </w:pPr>
      <w:r>
        <w:rPr/>
        <w:t>Student signature: ______________________ Date: ________</w:t>
      </w:r>
    </w:p>
    <w:p>
      <w:pPr>
        <w:pStyle w:val="Heading3"/>
      </w:pPr>
      <w:r>
        <w:rPr>
          <w:rFonts w:ascii="Arial" w:hAnsi="Arial"/>
          <w:color w:val="0C3B34"/>
        </w:rPr>
        <w:t>Supervisor verification</w:t>
      </w:r>
    </w:p>
    <w:p>
      <w:pPr>
        <w:spacing w:after="80"/>
      </w:pPr>
      <w:r>
        <w:rPr/>
        <w:t>"I verify the hours above were worked under my supervision."</w:t>
      </w:r>
    </w:p>
    <w:p>
      <w:pPr>
        <w:spacing w:after="80"/>
      </w:pPr>
      <w:r>
        <w:rPr/>
        <w:t>Supervisor signature: ______________________ Printed name: ______________________ Date: ________</w:t>
      </w:r>
    </w:p>
    <w:p>
      <w:pPr>
        <w:spacing w:after="80"/>
      </w:pPr>
      <w:r>
        <w:rPr/>
        <w:t>Quick check (optional): ☐ On track ☐ Concerns (the coordinator will follow up)</w:t>
      </w:r>
    </w:p>
    <w:p>
      <w:pPr>
        <w:pStyle w:val="Heading3"/>
      </w:pPr>
      <w:r>
        <w:rPr>
          <w:rFonts w:ascii="Arial" w:hAnsi="Arial"/>
          <w:color w:val="0C3B34"/>
        </w:rPr>
        <w:t>Coordinator use only</w:t>
      </w:r>
    </w:p>
    <w:p>
      <w:pPr>
        <w:spacing w:after="80"/>
      </w:pPr>
      <w:r>
        <w:rPr/>
        <w:t>Received date: ________ · Reviewed by: ________________ · ☐ Entered into system</w:t>
      </w:r>
    </w:p>
    <w:p>
      <w:pPr>
        <w:pStyle w:val="Heading3"/>
      </w:pPr>
      <w:r>
        <w:rPr>
          <w:rFonts w:ascii="Arial" w:hAnsi="Arial"/>
          <w:color w:val="0C3B34"/>
        </w:rPr>
        <w:t>Instructions</w:t>
      </w:r>
    </w:p>
    <w:p>
      <w:pPr>
        <w:pStyle w:val="ListBullet"/>
        <w:spacing w:after="20"/>
      </w:pPr>
      <w:r>
        <w:rPr>
          <w:b/>
        </w:rPr>
        <w:t>Rounding:</w:t>
      </w:r>
      <w:r>
        <w:rPr/>
        <w:t xml:space="preserve"> </w:t>
      </w:r>
      <w:r>
        <w:rPr>
          <w:highlight w:val="yellow"/>
        </w:rPr>
        <w:t>[EDIT: e.g., round each day's total to the nearest ¼ hour]</w:t>
      </w:r>
    </w:p>
    <w:p>
      <w:pPr>
        <w:pStyle w:val="ListBullet"/>
        <w:spacing w:after="20"/>
      </w:pPr>
      <w:r>
        <w:rPr>
          <w:b/>
        </w:rPr>
        <w:t>Breaks:</w:t>
      </w:r>
      <w:r>
        <w:rPr/>
        <w:t xml:space="preserve"> subtract unpaid breaks from each day's total.</w:t>
      </w:r>
    </w:p>
    <w:p>
      <w:pPr>
        <w:pStyle w:val="ListBullet"/>
        <w:spacing w:after="20"/>
      </w:pPr>
      <w:r>
        <w:rPr>
          <w:b/>
        </w:rPr>
        <w:t>Deadline:</w:t>
      </w:r>
      <w:r>
        <w:rPr/>
        <w:t xml:space="preserve"> </w:t>
      </w:r>
      <w:r>
        <w:rPr>
          <w:highlight w:val="yellow"/>
        </w:rPr>
        <w:t>[EDIT: e.g., submit by Monday for the previous week]</w:t>
      </w:r>
    </w:p>
    <w:p>
      <w:pPr>
        <w:pStyle w:val="ListBullet"/>
        <w:spacing w:after="20"/>
      </w:pPr>
      <w:r>
        <w:rPr>
          <w:b/>
        </w:rPr>
        <w:t>How to submit:</w:t>
      </w:r>
      <w:r>
        <w:rPr/>
        <w:t xml:space="preserve"> </w:t>
      </w:r>
      <w:r>
        <w:rPr>
          <w:highlight w:val="yellow"/>
        </w:rPr>
        <w:t>[EDIT: e.g., email a scan or photo to coordinator@district.org, or hand in at school]</w:t>
      </w:r>
    </w:p>
    <w:p>
      <w:pPr>
        <w:pStyle w:val="ListBullet"/>
        <w:spacing w:after="20"/>
      </w:pPr>
      <w:r>
        <w:rPr>
          <w:b/>
        </w:rPr>
        <w:t>Corrections:</w:t>
      </w:r>
      <w:r>
        <w:rPr/>
        <w:t xml:space="preserve"> draw a single line through the error, write the correct entry, and initial it. Do not write over entries.</w:t>
      </w:r>
    </w:p>
    <w:p>
      <w:pPr>
        <w:sectPr>
          <w:footerReference w:type="default" r:id="rId9"/>
          <w:headerReference w:type="default" r:id="rId10"/>
          <w:pgSz w:w="15840" w:h="12240" w:orient="landscape"/>
          <w:pgMar w:top="864" w:right="720" w:bottom="864" w:left="720" w:header="720" w:footer="720" w:gutter="0"/>
          <w:cols w:space="720"/>
          <w:docGrid w:linePitch="360"/>
        </w:sectPr>
      </w:pPr>
    </w:p>
    <w:p>
      <w:pPr>
        <w:pStyle w:val="Heading1"/>
      </w:pPr>
      <w:r>
        <w:rPr>
          <w:rFonts w:ascii="Arial" w:hAnsi="Arial"/>
          <w:color w:val="0C3B34"/>
        </w:rPr>
        <w:t>Work-Based Learning Timesheet &amp; Hours Log</w:t>
      </w:r>
    </w:p>
    <w:tbl>
      <w:tblPr>
        <w:tblStyle w:val="TableGrid"/>
        <w:tblW w:type="auto" w:w="0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10224"/>
      </w:tblGrid>
      <w:tr>
        <w:tc>
          <w:tcPr>
            <w:tcW w:type="dxa" w:w="10224"/>
            <w:shd w:val="clear" w:color="auto" w:fill="EEF4F1"/>
          </w:tcPr>
          <w:p>
            <w:r>
              <w:rPr>
                <w:b/>
                <w:sz w:val="18"/>
              </w:rPr>
              <w:t>Before you use this template:</w:t>
            </w:r>
            <w:r>
              <w:rPr>
                <w:sz w:val="18"/>
              </w:rPr>
              <w:t xml:space="preserve"> This is a starting point. Review it with your district and against your state and local requirements before use, including child-labor hour rules for students under 18 and what student information you collect (FERPA).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/>
          <w:color w:val="0C3B34"/>
        </w:rPr>
        <w:t>Version 2: Monthly Hours Log</w:t>
      </w:r>
    </w:p>
    <w:p>
      <w:pPr>
        <w:spacing w:after="80"/>
      </w:pPr>
      <w:r>
        <w:rPr>
          <w:color w:val="6B817B"/>
        </w:rPr>
        <w:t xml:space="preserve">[ District logo ]  </w:t>
      </w:r>
      <w:r>
        <w:rPr/>
        <w:t xml:space="preserve"> </w:t>
      </w:r>
      <w:r>
        <w:rPr>
          <w:b/>
          <w:highlight w:val="yellow"/>
        </w:rPr>
        <w:t>[District Name]</w:t>
      </w:r>
      <w:r>
        <w:rPr/>
        <w:t xml:space="preserve"> · </w:t>
      </w:r>
      <w:r>
        <w:rPr>
          <w:highlight w:val="yellow"/>
        </w:rPr>
        <w:t>[School Name]</w:t>
      </w:r>
    </w:p>
    <w:p>
      <w:pPr>
        <w:pStyle w:val="Heading3"/>
      </w:pPr>
      <w:r>
        <w:rPr>
          <w:rFonts w:ascii="Arial" w:hAnsi="Arial"/>
          <w:color w:val="0C3B34"/>
        </w:rPr>
        <w:t>Header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  <w:tblCellMar>
          <w:top w:w="60" w:type="dxa"/>
          <w:bottom w:w="60" w:type="dxa"/>
          <w:left w:w="90" w:type="dxa"/>
          <w:right w:w="90" w:type="dxa"/>
        </w:tblCellMar>
        <w:tblLayout w:type="fixed"/>
      </w:tblPr>
      <w:tblGrid>
        <w:gridCol w:w="2002"/>
        <w:gridCol w:w="1686"/>
        <w:gridCol w:w="2529"/>
        <w:gridCol w:w="4005"/>
      </w:tblGrid>
      <w:tr>
        <w:tc>
          <w:tcPr>
            <w:tcW w:type="dxa" w:w="2003"/>
            <w:shd w:val="clear" w:color="auto" w:fill="EEF4F1"/>
          </w:tcPr>
          <w:p>
            <w:r>
              <w:rPr>
                <w:b/>
                <w:sz w:val="18"/>
              </w:rPr>
              <w:t>Field</w:t>
            </w:r>
          </w:p>
        </w:tc>
        <w:tc>
          <w:tcPr>
            <w:tcW w:type="dxa" w:w="1686"/>
            <w:shd w:val="clear" w:color="auto" w:fill="EEF4F1"/>
          </w:tcPr>
          <w:p>
            <w:r>
              <w:rPr>
                <w:b/>
                <w:sz w:val="18"/>
              </w:rPr>
              <w:t>Entry</w:t>
            </w:r>
          </w:p>
        </w:tc>
        <w:tc>
          <w:tcPr>
            <w:tcW w:type="dxa" w:w="2530"/>
            <w:shd w:val="clear" w:color="auto" w:fill="EEF4F1"/>
          </w:tcPr>
          <w:p>
            <w:r>
              <w:rPr>
                <w:b/>
                <w:sz w:val="18"/>
              </w:rPr>
              <w:t>Field</w:t>
            </w:r>
          </w:p>
        </w:tc>
        <w:tc>
          <w:tcPr>
            <w:tcW w:type="dxa" w:w="4005"/>
            <w:shd w:val="clear" w:color="auto" w:fill="EEF4F1"/>
          </w:tcPr>
          <w:p>
            <w:r>
              <w:rPr>
                <w:b/>
                <w:sz w:val="18"/>
              </w:rPr>
              <w:t>Entry</w:t>
            </w:r>
          </w:p>
        </w:tc>
      </w:tr>
      <w:tr>
        <w:tc>
          <w:tcPr>
            <w:tcW w:type="dxa" w:w="2003"/>
          </w:tcPr>
          <w:p>
            <w:r>
              <w:rPr>
                <w:sz w:val="18"/>
              </w:rPr>
              <w:t>Program / pathway</w:t>
            </w:r>
          </w:p>
        </w:tc>
        <w:tc>
          <w:tcPr>
            <w:tcW w:type="dxa" w:w="1686"/>
          </w:tcPr>
          <w:p>
            <w:r>
              <w:rPr>
                <w:sz w:val="18"/>
              </w:rPr>
              <w:t>________________</w:t>
            </w:r>
          </w:p>
        </w:tc>
        <w:tc>
          <w:tcPr>
            <w:tcW w:type="dxa" w:w="2530"/>
          </w:tcPr>
          <w:p>
            <w:r>
              <w:rPr>
                <w:sz w:val="18"/>
              </w:rPr>
              <w:t>School year</w:t>
            </w:r>
          </w:p>
        </w:tc>
        <w:tc>
          <w:tcPr>
            <w:tcW w:type="dxa" w:w="4005"/>
          </w:tcPr>
          <w:p>
            <w:r>
              <w:rPr>
                <w:sz w:val="18"/>
              </w:rPr>
              <w:t>________</w:t>
            </w:r>
          </w:p>
        </w:tc>
      </w:tr>
      <w:tr>
        <w:tc>
          <w:tcPr>
            <w:tcW w:type="dxa" w:w="2003"/>
          </w:tcPr>
          <w:p>
            <w:r>
              <w:rPr>
                <w:sz w:val="18"/>
              </w:rPr>
              <w:t>Student name</w:t>
            </w:r>
          </w:p>
        </w:tc>
        <w:tc>
          <w:tcPr>
            <w:tcW w:type="dxa" w:w="1686"/>
          </w:tcPr>
          <w:p>
            <w:r>
              <w:rPr>
                <w:sz w:val="18"/>
              </w:rPr>
              <w:t>________________</w:t>
            </w:r>
          </w:p>
        </w:tc>
        <w:tc>
          <w:tcPr>
            <w:tcW w:type="dxa" w:w="2530"/>
          </w:tcPr>
          <w:p>
            <w:r>
              <w:rPr>
                <w:sz w:val="18"/>
              </w:rPr>
              <w:t>Grade</w:t>
            </w:r>
          </w:p>
        </w:tc>
        <w:tc>
          <w:tcPr>
            <w:tcW w:type="dxa" w:w="4005"/>
          </w:tcPr>
          <w:p>
            <w:r>
              <w:rPr>
                <w:sz w:val="18"/>
              </w:rPr>
              <w:t>____</w:t>
            </w:r>
          </w:p>
        </w:tc>
      </w:tr>
      <w:tr>
        <w:tc>
          <w:tcPr>
            <w:tcW w:type="dxa" w:w="2003"/>
          </w:tcPr>
          <w:p>
            <w:r>
              <w:rPr>
                <w:sz w:val="18"/>
              </w:rPr>
              <w:t>Worksite / business</w:t>
            </w:r>
          </w:p>
        </w:tc>
        <w:tc>
          <w:tcPr>
            <w:tcW w:type="dxa" w:w="1686"/>
          </w:tcPr>
          <w:p>
            <w:r>
              <w:rPr>
                <w:sz w:val="18"/>
              </w:rPr>
              <w:t>________________</w:t>
            </w:r>
          </w:p>
        </w:tc>
        <w:tc>
          <w:tcPr>
            <w:tcW w:type="dxa" w:w="2530"/>
          </w:tcPr>
          <w:p>
            <w:r>
              <w:rPr>
                <w:sz w:val="18"/>
              </w:rPr>
              <w:t>WBL type</w:t>
            </w:r>
          </w:p>
        </w:tc>
        <w:tc>
          <w:tcPr>
            <w:tcW w:type="dxa" w:w="4005"/>
          </w:tcPr>
          <w:p>
            <w:r>
              <w:rPr>
                <w:sz w:val="18"/>
              </w:rPr>
              <w:t>☐ Internship ☐ Apprenticeship ☐ Pre-apprenticeship ☐ Clinical ☐ Other: ______</w:t>
            </w:r>
          </w:p>
        </w:tc>
      </w:tr>
      <w:tr>
        <w:tc>
          <w:tcPr>
            <w:tcW w:type="dxa" w:w="2003"/>
          </w:tcPr>
          <w:p>
            <w:r>
              <w:rPr>
                <w:sz w:val="18"/>
              </w:rPr>
              <w:t>Supervisor name</w:t>
            </w:r>
          </w:p>
        </w:tc>
        <w:tc>
          <w:tcPr>
            <w:tcW w:type="dxa" w:w="1686"/>
          </w:tcPr>
          <w:p>
            <w:r>
              <w:rPr>
                <w:sz w:val="18"/>
              </w:rPr>
              <w:t>________________</w:t>
            </w:r>
          </w:p>
        </w:tc>
        <w:tc>
          <w:tcPr>
            <w:tcW w:type="dxa" w:w="2530"/>
          </w:tcPr>
          <w:p>
            <w:r>
              <w:rPr>
                <w:sz w:val="18"/>
              </w:rPr>
              <w:t>Supervisor phone / email</w:t>
            </w:r>
          </w:p>
        </w:tc>
        <w:tc>
          <w:tcPr>
            <w:tcW w:type="dxa" w:w="4005"/>
          </w:tcPr>
          <w:p>
            <w:r>
              <w:rPr>
                <w:sz w:val="18"/>
              </w:rPr>
              <w:t>________________</w:t>
            </w:r>
          </w:p>
        </w:tc>
      </w:tr>
      <w:tr>
        <w:tc>
          <w:tcPr>
            <w:tcW w:type="dxa" w:w="2003"/>
          </w:tcPr>
          <w:p>
            <w:r>
              <w:rPr>
                <w:sz w:val="18"/>
              </w:rPr>
              <w:t>Compensation</w:t>
            </w:r>
          </w:p>
        </w:tc>
        <w:tc>
          <w:tcPr>
            <w:tcW w:type="dxa" w:w="1686"/>
          </w:tcPr>
          <w:p>
            <w:r>
              <w:rPr>
                <w:sz w:val="18"/>
              </w:rPr>
              <w:t>☐ Paid ☐ Unpaid</w:t>
            </w:r>
          </w:p>
        </w:tc>
        <w:tc>
          <w:tcPr>
            <w:tcW w:type="dxa" w:w="2530"/>
          </w:tcPr>
          <w:p>
            <w:r>
              <w:rPr>
                <w:sz w:val="18"/>
              </w:rPr>
              <w:t>Month / year</w:t>
            </w:r>
          </w:p>
        </w:tc>
        <w:tc>
          <w:tcPr>
            <w:tcW w:type="dxa" w:w="4005"/>
          </w:tcPr>
          <w:p>
            <w:r>
              <w:rPr>
                <w:sz w:val="18"/>
              </w:rPr>
              <w:t>________ / ________</w:t>
            </w:r>
          </w:p>
        </w:tc>
      </w:tr>
    </w:tbl>
    <w:p>
      <w:pPr>
        <w:spacing w:after="40"/>
      </w:pPr>
    </w:p>
    <w:p>
      <w:pPr>
        <w:pStyle w:val="Heading3"/>
      </w:pPr>
      <w:r>
        <w:rPr>
          <w:rFonts w:ascii="Arial" w:hAnsi="Arial"/>
          <w:color w:val="0C3B34"/>
        </w:rPr>
        <w:t>Daily log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  <w:tblCellMar>
          <w:top w:w="60" w:type="dxa"/>
          <w:bottom w:w="60" w:type="dxa"/>
          <w:left w:w="90" w:type="dxa"/>
          <w:right w:w="90" w:type="dxa"/>
        </w:tblCellMar>
        <w:tblLayout w:type="fixed"/>
      </w:tblPr>
      <w:tblGrid>
        <w:gridCol w:w="2690"/>
        <w:gridCol w:w="896"/>
        <w:gridCol w:w="896"/>
        <w:gridCol w:w="896"/>
        <w:gridCol w:w="4842"/>
      </w:tblGrid>
      <w:tr>
        <w:tc>
          <w:tcPr>
            <w:tcW w:type="dxa" w:w="2691"/>
            <w:shd w:val="clear" w:color="auto" w:fill="EEF4F1"/>
          </w:tcPr>
          <w:p>
            <w:r>
              <w:rPr>
                <w:b/>
                <w:sz w:val="18"/>
              </w:rPr>
              <w:t>Date</w:t>
            </w:r>
          </w:p>
        </w:tc>
        <w:tc>
          <w:tcPr>
            <w:tcW w:type="dxa" w:w="897"/>
            <w:shd w:val="clear" w:color="auto" w:fill="EEF4F1"/>
          </w:tcPr>
          <w:p>
            <w:r>
              <w:rPr>
                <w:b/>
                <w:sz w:val="18"/>
              </w:rPr>
              <w:t>In</w:t>
            </w:r>
          </w:p>
        </w:tc>
        <w:tc>
          <w:tcPr>
            <w:tcW w:type="dxa" w:w="897"/>
            <w:shd w:val="clear" w:color="auto" w:fill="EEF4F1"/>
          </w:tcPr>
          <w:p>
            <w:r>
              <w:rPr>
                <w:b/>
                <w:sz w:val="18"/>
              </w:rPr>
              <w:t>Out</w:t>
            </w:r>
          </w:p>
        </w:tc>
        <w:tc>
          <w:tcPr>
            <w:tcW w:type="dxa" w:w="897"/>
            <w:shd w:val="clear" w:color="auto" w:fill="EEF4F1"/>
          </w:tcPr>
          <w:p>
            <w:r>
              <w:rPr>
                <w:b/>
                <w:sz w:val="18"/>
              </w:rPr>
              <w:t>Hours</w:t>
            </w:r>
          </w:p>
        </w:tc>
        <w:tc>
          <w:tcPr>
            <w:tcW w:type="dxa" w:w="4843"/>
            <w:shd w:val="clear" w:color="auto" w:fill="EEF4F1"/>
          </w:tcPr>
          <w:p>
            <w:r>
              <w:rPr>
                <w:b/>
                <w:sz w:val="18"/>
              </w:rPr>
              <w:t>Notes (tasks, absence code)</w:t>
            </w:r>
          </w:p>
        </w:tc>
      </w:tr>
      <w:tr>
        <w:tc>
          <w:tcPr>
            <w:tcW w:type="dxa" w:w="2691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b/>
                <w:sz w:val="18"/>
              </w:rPr>
              <w:t>Week 1 subtotal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13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14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b/>
                <w:sz w:val="18"/>
              </w:rPr>
              <w:t>Week 2 subtotal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16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17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19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21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b/>
                <w:sz w:val="18"/>
              </w:rPr>
              <w:t>Week 3 subtotal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22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23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24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25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26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27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28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b/>
                <w:sz w:val="18"/>
              </w:rPr>
              <w:t>Week 4 subtotal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29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30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31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b/>
                <w:sz w:val="18"/>
              </w:rPr>
              <w:t>Week 5 subtotal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</w:tbl>
    <w:p>
      <w:pPr>
        <w:spacing w:after="40"/>
      </w:pPr>
    </w:p>
    <w:p>
      <w:pPr>
        <w:spacing w:after="80"/>
      </w:pPr>
      <w:r>
        <w:rPr/>
        <w:t>Absence codes: S = sick · C = in class · H = holiday · X = not scheduled · O = other (explain)</w:t>
      </w:r>
    </w:p>
    <w:p>
      <w:pPr>
        <w:pStyle w:val="Heading3"/>
      </w:pPr>
      <w:r>
        <w:rPr>
          <w:rFonts w:ascii="Arial" w:hAnsi="Arial"/>
          <w:color w:val="0C3B34"/>
        </w:rPr>
        <w:t>Totals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  <w:tblCellMar>
          <w:top w:w="60" w:type="dxa"/>
          <w:bottom w:w="60" w:type="dxa"/>
          <w:left w:w="90" w:type="dxa"/>
          <w:right w:w="90" w:type="dxa"/>
        </w:tblCellMar>
        <w:tblLayout w:type="fixed"/>
      </w:tblPr>
      <w:tblGrid>
        <w:gridCol w:w="2943"/>
        <w:gridCol w:w="3717"/>
        <w:gridCol w:w="2168"/>
        <w:gridCol w:w="1394"/>
      </w:tblGrid>
      <w:tr>
        <w:tc>
          <w:tcPr>
            <w:tcW w:type="dxa" w:w="2943"/>
            <w:shd w:val="clear" w:color="auto" w:fill="EEF4F1"/>
          </w:tcPr>
          <w:p>
            <w:r>
              <w:rPr>
                <w:b/>
                <w:sz w:val="18"/>
              </w:rPr>
              <w:t>Monthly total hours</w:t>
            </w:r>
          </w:p>
        </w:tc>
        <w:tc>
          <w:tcPr>
            <w:tcW w:type="dxa" w:w="3718"/>
            <w:shd w:val="clear" w:color="auto" w:fill="EEF4F1"/>
          </w:tcPr>
          <w:p>
            <w:r>
              <w:rPr>
                <w:b/>
                <w:sz w:val="18"/>
              </w:rPr>
              <w:t>Cumulative hours to date</w:t>
            </w:r>
          </w:p>
        </w:tc>
        <w:tc>
          <w:tcPr>
            <w:tcW w:type="dxa" w:w="2169"/>
            <w:shd w:val="clear" w:color="auto" w:fill="EEF4F1"/>
          </w:tcPr>
          <w:p>
            <w:r>
              <w:rPr>
                <w:b/>
                <w:sz w:val="18"/>
              </w:rPr>
              <w:t>Required total</w:t>
            </w:r>
          </w:p>
        </w:tc>
        <w:tc>
          <w:tcPr>
            <w:tcW w:type="dxa" w:w="1394"/>
            <w:shd w:val="clear" w:color="auto" w:fill="EEF4F1"/>
          </w:tcPr>
          <w:p>
            <w:r>
              <w:rPr>
                <w:b/>
                <w:sz w:val="18"/>
              </w:rPr>
              <w:t>Remaining</w:t>
            </w:r>
          </w:p>
        </w:tc>
      </w:tr>
      <w:tr>
        <w:tc>
          <w:tcPr>
            <w:tcW w:type="dxa" w:w="2943"/>
          </w:tcPr>
          <w:p>
            <w:r>
              <w:rPr>
                <w:sz w:val="18"/>
              </w:rPr>
              <w:t>________</w:t>
            </w:r>
          </w:p>
        </w:tc>
        <w:tc>
          <w:tcPr>
            <w:tcW w:type="dxa" w:w="3718"/>
          </w:tcPr>
          <w:p>
            <w:r>
              <w:rPr>
                <w:sz w:val="18"/>
              </w:rPr>
              <w:t>________</w:t>
            </w:r>
          </w:p>
        </w:tc>
        <w:tc>
          <w:tcPr>
            <w:tcW w:type="dxa" w:w="2169"/>
          </w:tcPr>
          <w:p>
            <w:r>
              <w:rPr>
                <w:sz w:val="18"/>
              </w:rPr>
              <w:t>________</w:t>
            </w:r>
          </w:p>
        </w:tc>
        <w:tc>
          <w:tcPr>
            <w:tcW w:type="dxa" w:w="1394"/>
          </w:tcPr>
          <w:p>
            <w:r>
              <w:rPr>
                <w:sz w:val="18"/>
              </w:rPr>
              <w:t>________</w:t>
            </w:r>
          </w:p>
        </w:tc>
      </w:tr>
    </w:tbl>
    <w:p>
      <w:pPr>
        <w:spacing w:after="40"/>
      </w:pPr>
    </w:p>
    <w:p>
      <w:pPr>
        <w:pStyle w:val="Heading3"/>
      </w:pPr>
      <w:r>
        <w:rPr>
          <w:rFonts w:ascii="Arial" w:hAnsi="Arial"/>
          <w:color w:val="0C3B34"/>
        </w:rPr>
        <w:t>Wages (paid placements only, optional)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  <w:tblCellMar>
          <w:top w:w="60" w:type="dxa"/>
          <w:bottom w:w="60" w:type="dxa"/>
          <w:left w:w="90" w:type="dxa"/>
          <w:right w:w="90" w:type="dxa"/>
        </w:tblCellMar>
        <w:tblLayout w:type="fixed"/>
      </w:tblPr>
      <w:tblGrid>
        <w:gridCol w:w="3748"/>
        <w:gridCol w:w="6475"/>
      </w:tblGrid>
      <w:tr>
        <w:tc>
          <w:tcPr>
            <w:tcW w:type="dxa" w:w="3749"/>
            <w:shd w:val="clear" w:color="auto" w:fill="EEF4F1"/>
          </w:tcPr>
          <w:p>
            <w:r>
              <w:rPr>
                <w:b/>
                <w:sz w:val="18"/>
              </w:rPr>
              <w:t>Hourly rate</w:t>
            </w:r>
          </w:p>
        </w:tc>
        <w:tc>
          <w:tcPr>
            <w:tcW w:type="dxa" w:w="6475"/>
            <w:shd w:val="clear" w:color="auto" w:fill="EEF4F1"/>
          </w:tcPr>
          <w:p>
            <w:r>
              <w:rPr>
                <w:b/>
                <w:sz w:val="18"/>
              </w:rPr>
              <w:t>Total monthly wages</w:t>
            </w:r>
          </w:p>
        </w:tc>
      </w:tr>
      <w:tr>
        <w:tc>
          <w:tcPr>
            <w:tcW w:type="dxa" w:w="3749"/>
          </w:tcPr>
          <w:p>
            <w:r>
              <w:rPr>
                <w:sz w:val="18"/>
              </w:rPr>
              <w:t>________</w:t>
            </w:r>
          </w:p>
        </w:tc>
        <w:tc>
          <w:tcPr>
            <w:tcW w:type="dxa" w:w="6475"/>
          </w:tcPr>
          <w:p>
            <w:r>
              <w:rPr>
                <w:sz w:val="18"/>
              </w:rPr>
              <w:t>________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10224"/>
      </w:tblGrid>
      <w:tr>
        <w:tc>
          <w:tcPr>
            <w:tcW w:type="dxa" w:w="10224"/>
            <w:shd w:val="clear" w:color="auto" w:fill="FFF6E0"/>
          </w:tcPr>
          <w:p>
            <w:r>
              <w:rPr>
                <w:b/>
                <w:sz w:val="18"/>
              </w:rPr>
              <w:t>DISTRICT/LEGAL REVIEW:</w:t>
            </w:r>
            <w:r>
              <w:rPr>
                <w:sz w:val="18"/>
              </w:rPr>
              <w:t xml:space="preserve"> If you record wages, align them with the employer's payroll records. The school is not the employer of record unless district policy says so.</w:t>
            </w:r>
          </w:p>
        </w:tc>
      </w:tr>
    </w:tbl>
    <w:p>
      <w:pPr>
        <w:spacing w:after="40"/>
      </w:pPr>
    </w:p>
    <w:p>
      <w:pPr>
        <w:pStyle w:val="Heading3"/>
      </w:pPr>
      <w:r>
        <w:rPr>
          <w:rFonts w:ascii="Arial" w:hAnsi="Arial"/>
          <w:color w:val="0C3B34"/>
        </w:rPr>
        <w:t>Student certification</w:t>
      </w:r>
    </w:p>
    <w:p>
      <w:pPr>
        <w:spacing w:after="80"/>
      </w:pPr>
      <w:r>
        <w:rPr/>
        <w:t>"I certify these hours and tasks are accurate."</w:t>
      </w:r>
    </w:p>
    <w:p>
      <w:pPr>
        <w:spacing w:after="80"/>
      </w:pPr>
      <w:r>
        <w:rPr/>
        <w:t>Student signature: ______________________ Date: ________</w:t>
      </w:r>
    </w:p>
    <w:p>
      <w:pPr>
        <w:pStyle w:val="Heading3"/>
      </w:pPr>
      <w:r>
        <w:rPr>
          <w:rFonts w:ascii="Arial" w:hAnsi="Arial"/>
          <w:color w:val="0C3B34"/>
        </w:rPr>
        <w:t>Supervisor verification</w:t>
      </w:r>
    </w:p>
    <w:p>
      <w:pPr>
        <w:spacing w:after="80"/>
      </w:pPr>
      <w:r>
        <w:rPr/>
        <w:t>"I verify the hours above were worked under my supervision."</w:t>
      </w:r>
    </w:p>
    <w:p>
      <w:pPr>
        <w:spacing w:after="80"/>
      </w:pPr>
      <w:r>
        <w:rPr/>
        <w:t>Supervisor signature: ______________________ Printed name: ______________________ Date: ________</w:t>
      </w:r>
    </w:p>
    <w:p>
      <w:pPr>
        <w:spacing w:after="80"/>
      </w:pPr>
      <w:r>
        <w:rPr/>
        <w:t>Quick check (optional): ☐ On track ☐ Concerns (the coordinator will follow up)</w:t>
      </w:r>
    </w:p>
    <w:p>
      <w:pPr>
        <w:pStyle w:val="Heading3"/>
      </w:pPr>
      <w:r>
        <w:rPr>
          <w:rFonts w:ascii="Arial" w:hAnsi="Arial"/>
          <w:color w:val="0C3B34"/>
        </w:rPr>
        <w:t>Coordinator use only</w:t>
      </w:r>
    </w:p>
    <w:p>
      <w:pPr>
        <w:spacing w:after="80"/>
      </w:pPr>
      <w:r>
        <w:rPr/>
        <w:t>Received date: ________ · Reviewed by: ________________ · ☐ Entered into system</w:t>
      </w:r>
    </w:p>
    <w:p>
      <w:pPr>
        <w:pStyle w:val="Heading3"/>
      </w:pPr>
      <w:r>
        <w:rPr>
          <w:rFonts w:ascii="Arial" w:hAnsi="Arial"/>
          <w:color w:val="0C3B34"/>
        </w:rPr>
        <w:t>Instructions</w:t>
      </w:r>
    </w:p>
    <w:p>
      <w:pPr>
        <w:pStyle w:val="ListBullet"/>
        <w:spacing w:after="20"/>
      </w:pPr>
      <w:r>
        <w:rPr>
          <w:b/>
        </w:rPr>
        <w:t>Rounding:</w:t>
      </w:r>
      <w:r>
        <w:rPr/>
        <w:t xml:space="preserve"> </w:t>
      </w:r>
      <w:r>
        <w:rPr>
          <w:highlight w:val="yellow"/>
        </w:rPr>
        <w:t>[EDIT: e.g., nearest ¼ hour]</w:t>
      </w:r>
      <w:r>
        <w:rPr/>
        <w:t xml:space="preserve"> · </w:t>
      </w:r>
      <w:r>
        <w:rPr>
          <w:b/>
        </w:rPr>
        <w:t>Breaks:</w:t>
      </w:r>
      <w:r>
        <w:rPr/>
        <w:t xml:space="preserve"> subtract unpaid breaks.</w:t>
      </w:r>
    </w:p>
    <w:p>
      <w:pPr>
        <w:pStyle w:val="ListBullet"/>
        <w:spacing w:after="20"/>
      </w:pPr>
      <w:r>
        <w:rPr>
          <w:b/>
        </w:rPr>
        <w:t>Deadline:</w:t>
      </w:r>
      <w:r>
        <w:rPr/>
        <w:t xml:space="preserve"> </w:t>
      </w:r>
      <w:r>
        <w:rPr>
          <w:highlight w:val="yellow"/>
        </w:rPr>
        <w:t>[EDIT: e.g., by the 5th of the following month]</w:t>
      </w:r>
      <w:r>
        <w:rPr/>
        <w:t xml:space="preserve"> · </w:t>
      </w:r>
      <w:r>
        <w:rPr>
          <w:b/>
        </w:rPr>
        <w:t>How to submit:</w:t>
      </w:r>
      <w:r>
        <w:rPr/>
        <w:t xml:space="preserve"> </w:t>
      </w:r>
      <w:r>
        <w:rPr>
          <w:highlight w:val="yellow"/>
        </w:rPr>
        <w:t>[EDIT]</w:t>
      </w:r>
    </w:p>
    <w:p>
      <w:pPr>
        <w:pStyle w:val="ListBullet"/>
        <w:spacing w:after="20"/>
      </w:pPr>
      <w:r>
        <w:rPr>
          <w:b/>
        </w:rPr>
        <w:t>Corrections:</w:t>
      </w:r>
      <w:r>
        <w:rPr/>
        <w:t xml:space="preserve"> single line through the error, write the correction, initial it.</w:t>
      </w:r>
    </w:p>
    <w:p>
      <w:pPr>
        <w:sectPr>
          <w:footerReference w:type="default" r:id="rId11"/>
          <w:headerReference w:type="default" r:id="rId12"/>
          <w:pgSz w:w="12240" w:h="15840"/>
          <w:pgMar w:top="864" w:right="1008" w:bottom="864" w:left="1008" w:header="720" w:footer="720" w:gutter="0"/>
          <w:cols w:space="720"/>
          <w:docGrid w:linePitch="360"/>
        </w:sectPr>
      </w:pPr>
    </w:p>
    <w:p>
      <w:pPr>
        <w:pStyle w:val="Heading1"/>
      </w:pPr>
      <w:r>
        <w:rPr>
          <w:rFonts w:ascii="Arial" w:hAnsi="Arial"/>
          <w:color w:val="0C3B34"/>
        </w:rPr>
        <w:t>Work-Based Learning Timesheet &amp; Hours Log</w:t>
      </w:r>
    </w:p>
    <w:tbl>
      <w:tblPr>
        <w:tblStyle w:val="TableGrid"/>
        <w:tblW w:type="auto" w:w="0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14400"/>
      </w:tblGrid>
      <w:tr>
        <w:tc>
          <w:tcPr>
            <w:tcW w:type="dxa" w:w="14400"/>
            <w:shd w:val="clear" w:color="auto" w:fill="EEF4F1"/>
          </w:tcPr>
          <w:p>
            <w:r>
              <w:rPr>
                <w:b/>
                <w:sz w:val="18"/>
              </w:rPr>
              <w:t>Before you use this template:</w:t>
            </w:r>
            <w:r>
              <w:rPr>
                <w:sz w:val="18"/>
              </w:rPr>
              <w:t xml:space="preserve"> This is a starting point. Review it with your district and against your state and local requirements before use, including child-labor hour rules for students under 18 and what student information you collect (FERPA).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/>
          <w:color w:val="0C3B34"/>
        </w:rPr>
        <w:t>Version 3: Activity Log (short WBL experiences)</w:t>
      </w:r>
    </w:p>
    <w:p>
      <w:pPr>
        <w:spacing w:after="80"/>
      </w:pPr>
      <w:r>
        <w:rPr/>
        <w:t>For one-time or short experiences such as job shadows, guest speakers, industry tours, and mock interviews.</w:t>
      </w:r>
    </w:p>
    <w:p>
      <w:pPr>
        <w:spacing w:after="80"/>
      </w:pPr>
      <w:r>
        <w:rPr>
          <w:color w:val="6B817B"/>
        </w:rPr>
        <w:t xml:space="preserve">[ District logo ]  </w:t>
      </w:r>
      <w:r>
        <w:rPr/>
        <w:t xml:space="preserve"> </w:t>
      </w:r>
      <w:r>
        <w:rPr>
          <w:b/>
          <w:highlight w:val="yellow"/>
        </w:rPr>
        <w:t>[District Name]</w:t>
      </w:r>
      <w:r>
        <w:rPr/>
        <w:t xml:space="preserve"> · </w:t>
      </w:r>
      <w:r>
        <w:rPr>
          <w:highlight w:val="yellow"/>
        </w:rPr>
        <w:t>[School Name]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  <w:tblCellMar>
          <w:top w:w="60" w:type="dxa"/>
          <w:bottom w:w="60" w:type="dxa"/>
          <w:left w:w="90" w:type="dxa"/>
          <w:right w:w="90" w:type="dxa"/>
        </w:tblCellMar>
        <w:tblLayout w:type="fixed"/>
      </w:tblPr>
      <w:tblGrid>
        <w:gridCol w:w="5236"/>
        <w:gridCol w:w="5563"/>
        <w:gridCol w:w="3600"/>
      </w:tblGrid>
      <w:tr>
        <w:tc>
          <w:tcPr>
            <w:tcW w:type="dxa" w:w="5236"/>
            <w:shd w:val="clear" w:color="auto" w:fill="EEF4F1"/>
          </w:tcPr>
          <w:p>
            <w:r>
              <w:rPr>
                <w:b/>
                <w:sz w:val="16"/>
              </w:rPr>
              <w:t>Student name</w:t>
            </w:r>
          </w:p>
        </w:tc>
        <w:tc>
          <w:tcPr>
            <w:tcW w:type="dxa" w:w="5564"/>
            <w:shd w:val="clear" w:color="auto" w:fill="EEF4F1"/>
          </w:tcPr>
          <w:p>
            <w:r>
              <w:rPr>
                <w:b/>
                <w:sz w:val="16"/>
              </w:rPr>
              <w:t>Program / pathway</w:t>
            </w:r>
          </w:p>
        </w:tc>
        <w:tc>
          <w:tcPr>
            <w:tcW w:type="dxa" w:w="3600"/>
            <w:shd w:val="clear" w:color="auto" w:fill="EEF4F1"/>
          </w:tcPr>
          <w:p>
            <w:r>
              <w:rPr>
                <w:b/>
                <w:sz w:val="16"/>
              </w:rPr>
              <w:t>School year</w:t>
            </w:r>
          </w:p>
        </w:tc>
      </w:tr>
      <w:tr>
        <w:tc>
          <w:tcPr>
            <w:tcW w:type="dxa" w:w="5236"/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5564"/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3600"/>
          </w:tcPr>
          <w:p>
            <w:r>
              <w:rPr>
                <w:sz w:val="16"/>
              </w:rPr>
              <w:t>________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  <w:tblCellMar>
          <w:top w:w="60" w:type="dxa"/>
          <w:bottom w:w="60" w:type="dxa"/>
          <w:left w:w="90" w:type="dxa"/>
          <w:right w:w="90" w:type="dxa"/>
        </w:tblCellMar>
        <w:tblLayout w:type="fixed"/>
      </w:tblPr>
      <w:tblGrid>
        <w:gridCol w:w="436"/>
        <w:gridCol w:w="3316"/>
        <w:gridCol w:w="1658"/>
        <w:gridCol w:w="3054"/>
        <w:gridCol w:w="436"/>
        <w:gridCol w:w="2356"/>
        <w:gridCol w:w="3141"/>
      </w:tblGrid>
      <w:tr>
        <w:tc>
          <w:tcPr>
            <w:tcW w:type="dxa" w:w="436"/>
            <w:shd w:val="clear" w:color="auto" w:fill="EEF4F1"/>
          </w:tcPr>
          <w:p>
            <w:r>
              <w:rPr>
                <w:b/>
                <w:sz w:val="16"/>
              </w:rPr>
              <w:t>Date</w:t>
            </w:r>
          </w:p>
        </w:tc>
        <w:tc>
          <w:tcPr>
            <w:tcW w:type="dxa" w:w="3316"/>
            <w:shd w:val="clear" w:color="auto" w:fill="EEF4F1"/>
          </w:tcPr>
          <w:p>
            <w:r>
              <w:rPr>
                <w:b/>
                <w:sz w:val="16"/>
              </w:rPr>
              <w:t>Activity type</w:t>
            </w:r>
          </w:p>
        </w:tc>
        <w:tc>
          <w:tcPr>
            <w:tcW w:type="dxa" w:w="1658"/>
            <w:shd w:val="clear" w:color="auto" w:fill="EEF4F1"/>
          </w:tcPr>
          <w:p>
            <w:r>
              <w:rPr>
                <w:b/>
                <w:sz w:val="16"/>
              </w:rPr>
              <w:t>Organization / host</w:t>
            </w:r>
          </w:p>
        </w:tc>
        <w:tc>
          <w:tcPr>
            <w:tcW w:type="dxa" w:w="3055"/>
            <w:shd w:val="clear" w:color="auto" w:fill="EEF4F1"/>
          </w:tcPr>
          <w:p>
            <w:r>
              <w:rPr>
                <w:b/>
                <w:sz w:val="16"/>
              </w:rPr>
              <w:t>Host contact (name, phone or email)</w:t>
            </w:r>
          </w:p>
        </w:tc>
        <w:tc>
          <w:tcPr>
            <w:tcW w:type="dxa" w:w="436"/>
            <w:shd w:val="clear" w:color="auto" w:fill="EEF4F1"/>
          </w:tcPr>
          <w:p>
            <w:r>
              <w:rPr>
                <w:b/>
                <w:sz w:val="16"/>
              </w:rPr>
              <w:t>Hours</w:t>
            </w:r>
          </w:p>
        </w:tc>
        <w:tc>
          <w:tcPr>
            <w:tcW w:type="dxa" w:w="2356"/>
            <w:shd w:val="clear" w:color="auto" w:fill="EEF4F1"/>
          </w:tcPr>
          <w:p>
            <w:r>
              <w:rPr>
                <w:b/>
                <w:sz w:val="16"/>
              </w:rPr>
              <w:t>Student reflection (1 line)</w:t>
            </w:r>
          </w:p>
        </w:tc>
        <w:tc>
          <w:tcPr>
            <w:tcW w:type="dxa" w:w="3142"/>
            <w:shd w:val="clear" w:color="auto" w:fill="EEF4F1"/>
          </w:tcPr>
          <w:p>
            <w:r>
              <w:rPr>
                <w:b/>
                <w:sz w:val="16"/>
              </w:rPr>
              <w:t>Host or teacher signature / initials</w:t>
            </w:r>
          </w:p>
        </w:tc>
      </w:tr>
      <w:tr>
        <w:tc>
          <w:tcPr>
            <w:tcW w:type="dxa" w:w="436"/>
          </w:tcPr>
          <w:p/>
        </w:tc>
        <w:tc>
          <w:tcPr>
            <w:tcW w:type="dxa" w:w="3316"/>
          </w:tcPr>
          <w:p>
            <w:r>
              <w:rPr>
                <w:sz w:val="16"/>
              </w:rPr>
              <w:t>☐ Job shadow ☐ Guest speaker ☐ Industry tour ☐ Mock interview ☐ Other: ____</w:t>
            </w:r>
          </w:p>
        </w:tc>
        <w:tc>
          <w:tcPr>
            <w:tcW w:type="dxa" w:w="1658"/>
          </w:tcPr>
          <w:p/>
        </w:tc>
        <w:tc>
          <w:tcPr>
            <w:tcW w:type="dxa" w:w="3055"/>
          </w:tcPr>
          <w:p/>
        </w:tc>
        <w:tc>
          <w:tcPr>
            <w:tcW w:type="dxa" w:w="436"/>
          </w:tcPr>
          <w:p/>
        </w:tc>
        <w:tc>
          <w:tcPr>
            <w:tcW w:type="dxa" w:w="2356"/>
          </w:tcPr>
          <w:p/>
        </w:tc>
        <w:tc>
          <w:tcPr>
            <w:tcW w:type="dxa" w:w="3142"/>
          </w:tcPr>
          <w:p/>
        </w:tc>
      </w:tr>
      <w:tr>
        <w:tc>
          <w:tcPr>
            <w:tcW w:type="dxa" w:w="436"/>
          </w:tcPr>
          <w:p/>
        </w:tc>
        <w:tc>
          <w:tcPr>
            <w:tcW w:type="dxa" w:w="3316"/>
          </w:tcPr>
          <w:p>
            <w:r>
              <w:rPr>
                <w:sz w:val="16"/>
              </w:rPr>
              <w:t>☐ Job shadow ☐ Guest speaker ☐ Industry tour ☐ Mock interview ☐ Other: ____</w:t>
            </w:r>
          </w:p>
        </w:tc>
        <w:tc>
          <w:tcPr>
            <w:tcW w:type="dxa" w:w="1658"/>
          </w:tcPr>
          <w:p/>
        </w:tc>
        <w:tc>
          <w:tcPr>
            <w:tcW w:type="dxa" w:w="3055"/>
          </w:tcPr>
          <w:p/>
        </w:tc>
        <w:tc>
          <w:tcPr>
            <w:tcW w:type="dxa" w:w="436"/>
          </w:tcPr>
          <w:p/>
        </w:tc>
        <w:tc>
          <w:tcPr>
            <w:tcW w:type="dxa" w:w="2356"/>
          </w:tcPr>
          <w:p/>
        </w:tc>
        <w:tc>
          <w:tcPr>
            <w:tcW w:type="dxa" w:w="3142"/>
          </w:tcPr>
          <w:p/>
        </w:tc>
      </w:tr>
      <w:tr>
        <w:tc>
          <w:tcPr>
            <w:tcW w:type="dxa" w:w="436"/>
          </w:tcPr>
          <w:p/>
        </w:tc>
        <w:tc>
          <w:tcPr>
            <w:tcW w:type="dxa" w:w="3316"/>
          </w:tcPr>
          <w:p>
            <w:r>
              <w:rPr>
                <w:sz w:val="16"/>
              </w:rPr>
              <w:t>☐ Job shadow ☐ Guest speaker ☐ Industry tour ☐ Mock interview ☐ Other: ____</w:t>
            </w:r>
          </w:p>
        </w:tc>
        <w:tc>
          <w:tcPr>
            <w:tcW w:type="dxa" w:w="1658"/>
          </w:tcPr>
          <w:p/>
        </w:tc>
        <w:tc>
          <w:tcPr>
            <w:tcW w:type="dxa" w:w="3055"/>
          </w:tcPr>
          <w:p/>
        </w:tc>
        <w:tc>
          <w:tcPr>
            <w:tcW w:type="dxa" w:w="436"/>
          </w:tcPr>
          <w:p/>
        </w:tc>
        <w:tc>
          <w:tcPr>
            <w:tcW w:type="dxa" w:w="2356"/>
          </w:tcPr>
          <w:p/>
        </w:tc>
        <w:tc>
          <w:tcPr>
            <w:tcW w:type="dxa" w:w="3142"/>
          </w:tcPr>
          <w:p/>
        </w:tc>
      </w:tr>
      <w:tr>
        <w:tc>
          <w:tcPr>
            <w:tcW w:type="dxa" w:w="436"/>
          </w:tcPr>
          <w:p/>
        </w:tc>
        <w:tc>
          <w:tcPr>
            <w:tcW w:type="dxa" w:w="3316"/>
          </w:tcPr>
          <w:p>
            <w:r>
              <w:rPr>
                <w:sz w:val="16"/>
              </w:rPr>
              <w:t>☐ Job shadow ☐ Guest speaker ☐ Industry tour ☐ Mock interview ☐ Other: ____</w:t>
            </w:r>
          </w:p>
        </w:tc>
        <w:tc>
          <w:tcPr>
            <w:tcW w:type="dxa" w:w="1658"/>
          </w:tcPr>
          <w:p/>
        </w:tc>
        <w:tc>
          <w:tcPr>
            <w:tcW w:type="dxa" w:w="3055"/>
          </w:tcPr>
          <w:p/>
        </w:tc>
        <w:tc>
          <w:tcPr>
            <w:tcW w:type="dxa" w:w="436"/>
          </w:tcPr>
          <w:p/>
        </w:tc>
        <w:tc>
          <w:tcPr>
            <w:tcW w:type="dxa" w:w="2356"/>
          </w:tcPr>
          <w:p/>
        </w:tc>
        <w:tc>
          <w:tcPr>
            <w:tcW w:type="dxa" w:w="3142"/>
          </w:tcPr>
          <w:p/>
        </w:tc>
      </w:tr>
      <w:tr>
        <w:tc>
          <w:tcPr>
            <w:tcW w:type="dxa" w:w="436"/>
          </w:tcPr>
          <w:p/>
        </w:tc>
        <w:tc>
          <w:tcPr>
            <w:tcW w:type="dxa" w:w="3316"/>
          </w:tcPr>
          <w:p>
            <w:r>
              <w:rPr>
                <w:sz w:val="16"/>
              </w:rPr>
              <w:t>☐ Job shadow ☐ Guest speaker ☐ Industry tour ☐ Mock interview ☐ Other: ____</w:t>
            </w:r>
          </w:p>
        </w:tc>
        <w:tc>
          <w:tcPr>
            <w:tcW w:type="dxa" w:w="1658"/>
          </w:tcPr>
          <w:p/>
        </w:tc>
        <w:tc>
          <w:tcPr>
            <w:tcW w:type="dxa" w:w="3055"/>
          </w:tcPr>
          <w:p/>
        </w:tc>
        <w:tc>
          <w:tcPr>
            <w:tcW w:type="dxa" w:w="436"/>
          </w:tcPr>
          <w:p/>
        </w:tc>
        <w:tc>
          <w:tcPr>
            <w:tcW w:type="dxa" w:w="2356"/>
          </w:tcPr>
          <w:p/>
        </w:tc>
        <w:tc>
          <w:tcPr>
            <w:tcW w:type="dxa" w:w="3142"/>
          </w:tcPr>
          <w:p/>
        </w:tc>
      </w:tr>
      <w:tr>
        <w:tc>
          <w:tcPr>
            <w:tcW w:type="dxa" w:w="436"/>
          </w:tcPr>
          <w:p/>
        </w:tc>
        <w:tc>
          <w:tcPr>
            <w:tcW w:type="dxa" w:w="3316"/>
          </w:tcPr>
          <w:p>
            <w:r>
              <w:rPr>
                <w:sz w:val="16"/>
              </w:rPr>
              <w:t>☐ Job shadow ☐ Guest speaker ☐ Industry tour ☐ Mock interview ☐ Other: ____</w:t>
            </w:r>
          </w:p>
        </w:tc>
        <w:tc>
          <w:tcPr>
            <w:tcW w:type="dxa" w:w="1658"/>
          </w:tcPr>
          <w:p/>
        </w:tc>
        <w:tc>
          <w:tcPr>
            <w:tcW w:type="dxa" w:w="3055"/>
          </w:tcPr>
          <w:p/>
        </w:tc>
        <w:tc>
          <w:tcPr>
            <w:tcW w:type="dxa" w:w="436"/>
          </w:tcPr>
          <w:p/>
        </w:tc>
        <w:tc>
          <w:tcPr>
            <w:tcW w:type="dxa" w:w="2356"/>
          </w:tcPr>
          <w:p/>
        </w:tc>
        <w:tc>
          <w:tcPr>
            <w:tcW w:type="dxa" w:w="3142"/>
          </w:tcPr>
          <w:p/>
        </w:tc>
      </w:tr>
      <w:tr>
        <w:tc>
          <w:tcPr>
            <w:tcW w:type="dxa" w:w="436"/>
          </w:tcPr>
          <w:p/>
        </w:tc>
        <w:tc>
          <w:tcPr>
            <w:tcW w:type="dxa" w:w="3316"/>
          </w:tcPr>
          <w:p>
            <w:r>
              <w:rPr>
                <w:sz w:val="16"/>
              </w:rPr>
              <w:t>☐ Job shadow ☐ Guest speaker ☐ Industry tour ☐ Mock interview ☐ Other: ____</w:t>
            </w:r>
          </w:p>
        </w:tc>
        <w:tc>
          <w:tcPr>
            <w:tcW w:type="dxa" w:w="1658"/>
          </w:tcPr>
          <w:p/>
        </w:tc>
        <w:tc>
          <w:tcPr>
            <w:tcW w:type="dxa" w:w="3055"/>
          </w:tcPr>
          <w:p/>
        </w:tc>
        <w:tc>
          <w:tcPr>
            <w:tcW w:type="dxa" w:w="436"/>
          </w:tcPr>
          <w:p/>
        </w:tc>
        <w:tc>
          <w:tcPr>
            <w:tcW w:type="dxa" w:w="2356"/>
          </w:tcPr>
          <w:p/>
        </w:tc>
        <w:tc>
          <w:tcPr>
            <w:tcW w:type="dxa" w:w="3142"/>
          </w:tcPr>
          <w:p/>
        </w:tc>
      </w:tr>
      <w:tr>
        <w:tc>
          <w:tcPr>
            <w:tcW w:type="dxa" w:w="436"/>
          </w:tcPr>
          <w:p/>
        </w:tc>
        <w:tc>
          <w:tcPr>
            <w:tcW w:type="dxa" w:w="3316"/>
          </w:tcPr>
          <w:p>
            <w:r>
              <w:rPr>
                <w:sz w:val="16"/>
              </w:rPr>
              <w:t>☐ Job shadow ☐ Guest speaker ☐ Industry tour ☐ Mock interview ☐ Other: ____</w:t>
            </w:r>
          </w:p>
        </w:tc>
        <w:tc>
          <w:tcPr>
            <w:tcW w:type="dxa" w:w="1658"/>
          </w:tcPr>
          <w:p/>
        </w:tc>
        <w:tc>
          <w:tcPr>
            <w:tcW w:type="dxa" w:w="3055"/>
          </w:tcPr>
          <w:p/>
        </w:tc>
        <w:tc>
          <w:tcPr>
            <w:tcW w:type="dxa" w:w="436"/>
          </w:tcPr>
          <w:p/>
        </w:tc>
        <w:tc>
          <w:tcPr>
            <w:tcW w:type="dxa" w:w="2356"/>
          </w:tcPr>
          <w:p/>
        </w:tc>
        <w:tc>
          <w:tcPr>
            <w:tcW w:type="dxa" w:w="3142"/>
          </w:tcPr>
          <w:p/>
        </w:tc>
      </w:tr>
    </w:tbl>
    <w:p>
      <w:pPr>
        <w:spacing w:after="40"/>
      </w:pPr>
    </w:p>
    <w:p>
      <w:pPr>
        <w:spacing w:after="80"/>
      </w:pPr>
      <w:r>
        <w:rPr>
          <w:b/>
        </w:rPr>
        <w:t>Total hours on this page:</w:t>
      </w:r>
      <w:r>
        <w:rPr/>
        <w:t xml:space="preserve"> ________</w:t>
      </w:r>
    </w:p>
    <w:p>
      <w:pPr>
        <w:spacing w:after="80"/>
      </w:pPr>
      <w:r>
        <w:rPr/>
        <w:t>Student signature: ______________________ Date: ________</w:t>
      </w:r>
      <w:r>
        <w:br/>
      </w:r>
      <w:r>
        <w:rPr/>
        <w:t>Coordinator / teacher signature: ______________________ Date: ________</w:t>
      </w:r>
    </w:p>
    <w:sectPr w:rsidR="00FC693F" w:rsidRPr="0006063C" w:rsidSect="00034616">
      <w:footerReference w:type="default" r:id="rId13"/>
      <w:headerReference w:type="default" r:id="rId14"/>
      <w:pgSz w:w="15840" w:h="12240" w:orient="landscape"/>
      <w:pgMar w:top="864" w:right="720" w:bottom="86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4B635D"/>
        <w:sz w:val="14"/>
      </w:rPr>
      <w:t xml:space="preserve">Hours for students under 18 must follow federal and state child-labor rules. Confirm with your district. · Template from WBL Tracker (wbltracker.com/templates). Review with your district before use. Version 1.0, October 2026.   ·   Page </w:t>
    </w:r>
    <w:r>
      <w:rPr>
        <w:sz w:val="14"/>
      </w:rPr>
      <w:fldChar w:fldCharType="begin"/>
      <w:instrText xml:space="preserve">PAGE</w:instrText>
      <w:fldChar w:fldCharType="end"/>
    </w:r>
    <w:r>
      <w:rPr>
        <w:color w:val="4B635D"/>
        <w:sz w:val="14"/>
      </w:rPr>
      <w:t xml:space="preserve"> of </w:t>
    </w:r>
    <w:r>
      <w:rPr>
        <w:sz w:val="14"/>
      </w:rPr>
      <w:fldChar w:fldCharType="begin"/>
      <w:instrText xml:space="preserve">NUMPAGES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4B635D"/>
        <w:sz w:val="14"/>
      </w:rPr>
      <w:t xml:space="preserve">Hours for students under 18 must follow federal and state child-labor rules. Confirm with your district. · Template from WBL Tracker (wbltracker.com/templates). Review with your district before use. Version 1.0, October 2026.   ·   Page </w:t>
    </w:r>
    <w:r>
      <w:rPr>
        <w:sz w:val="14"/>
      </w:rPr>
      <w:fldChar w:fldCharType="begin"/>
      <w:instrText xml:space="preserve">PAGE</w:instrText>
      <w:fldChar w:fldCharType="end"/>
    </w:r>
    <w:r>
      <w:rPr>
        <w:color w:val="4B635D"/>
        <w:sz w:val="14"/>
      </w:rPr>
      <w:t xml:space="preserve"> of </w:t>
    </w:r>
    <w:r>
      <w:rPr>
        <w:sz w:val="14"/>
      </w:rPr>
      <w:fldChar w:fldCharType="begin"/>
      <w:instrText xml:space="preserve">NUMPAGES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4B635D"/>
        <w:sz w:val="14"/>
      </w:rPr>
      <w:t xml:space="preserve">Template from WBL Tracker (wbltracker.com/templates). Review with your district before use. Version 1.0, October 2026.   ·   Page </w:t>
    </w:r>
    <w:r>
      <w:rPr>
        <w:sz w:val="14"/>
      </w:rPr>
      <w:fldChar w:fldCharType="begin"/>
      <w:instrText xml:space="preserve">PAGE</w:instrText>
      <w:fldChar w:fldCharType="end"/>
    </w:r>
    <w:r>
      <w:rPr>
        <w:color w:val="4B635D"/>
        <w:sz w:val="14"/>
      </w:rPr>
      <w:t xml:space="preserve"> of </w:t>
    </w:r>
    <w:r>
      <w:rPr>
        <w:sz w:val="14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C3B34"/>
        <w:sz w:val="16"/>
      </w:rPr>
      <w:t>WBL Tracker · Free WBL templates · wbltracker.com/templates</w:t>
    </w:r>
    <w:r>
      <w:rPr>
        <w:b/>
        <w:color w:val="0C3B34"/>
        <w:sz w:val="16"/>
      </w:rPr>
      <w:t>WBL Tracker · Free WBL templates · wbltracker.com/templates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C3B34"/>
        <w:sz w:val="16"/>
      </w:rPr>
      <w:t>WBL Tracker · Free WBL templates · wbltracker.com/templates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footer" Target="footer2.xml"/><Relationship Id="rId12" Type="http://schemas.openxmlformats.org/officeDocument/2006/relationships/header" Target="header2.xml"/><Relationship Id="rId13" Type="http://schemas.openxmlformats.org/officeDocument/2006/relationships/footer" Target="footer3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Work-Based Learning Timesheet &amp; Hours Log</dc:title>
  <dc:subject/>
  <dc:creator>WBL Tracker</dc:creator>
  <cp:keywords/>
  <dc:description>Free template from WBL Tracker (wbltracker.com/templates). Review with your district before use.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