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Arial" w:hAnsi="Arial"/>
          <w:color w:val="0C3B34"/>
        </w:rPr>
        <w:t>Work-Based Learning Training Agreement</w:t>
      </w:r>
    </w:p>
    <w:p>
      <w:pPr>
        <w:spacing w:after="80"/>
      </w:pPr>
      <w:r>
        <w:rPr>
          <w:color w:val="6B817B"/>
        </w:rPr>
        <w:t xml:space="preserve">[ District logo ]  </w:t>
      </w:r>
    </w:p>
    <w:p>
      <w:pPr>
        <w:spacing w:after="80"/>
      </w:pPr>
      <w:r>
        <w:rPr>
          <w:b/>
          <w:highlight w:val="yellow"/>
        </w:rPr>
        <w:t>[District Name]</w:t>
      </w:r>
      <w:r>
        <w:rPr/>
        <w:t xml:space="preserve"> · </w:t>
      </w:r>
      <w:r>
        <w:rPr>
          <w:highlight w:val="yellow"/>
        </w:rPr>
        <w:t>[School Name]</w:t>
      </w:r>
      <w:r>
        <w:br/>
      </w:r>
      <w:r>
        <w:rPr>
          <w:highlight w:val="yellow"/>
        </w:rPr>
        <w:t>[School Address]</w:t>
      </w:r>
      <w:r>
        <w:rPr/>
        <w:t xml:space="preserve"> · </w:t>
      </w:r>
      <w:r>
        <w:rPr>
          <w:highlight w:val="yellow"/>
        </w:rPr>
        <w:t>[School Phone]</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EEF4F1"/>
          </w:tcPr>
          <w:p>
            <w:r>
              <w:rPr>
                <w:b/>
                <w:sz w:val="18"/>
              </w:rPr>
              <w:t>Before you use this template:</w:t>
            </w:r>
            <w:r>
              <w:rPr>
                <w:sz w:val="18"/>
              </w:rPr>
              <w:t xml:space="preserve"> This is a starting point, not a legal document. Have your district attorney, business office, or risk manager review it, and check whether your state department of education requires its own WBL form. Pay particular attention to the sections marked </w:t>
            </w:r>
            <w:r>
              <w:rPr>
                <w:b/>
                <w:sz w:val="18"/>
              </w:rPr>
              <w:t>DISTRICT/LEGAL REVIEW</w:t>
            </w:r>
            <w:r>
              <w:rPr>
                <w:sz w:val="18"/>
              </w:rPr>
              <w:t>. Requirements vary by state and district; review this agreement against your state and local requirements before use.</w:t>
            </w:r>
          </w:p>
        </w:tc>
      </w:tr>
    </w:tbl>
    <w:p>
      <w:pPr>
        <w:spacing w:after="40"/>
      </w:pPr>
    </w:p>
    <w:p>
      <w:pPr>
        <w:spacing w:after="80"/>
      </w:pPr>
      <w:r>
        <w:rPr>
          <w:b/>
        </w:rPr>
        <w:t>Purpose.</w:t>
      </w:r>
      <w:r>
        <w:rPr/>
        <w:t xml:space="preserve"> This agreement describes a work-based learning (WBL) placement for one student. Its primary purpose is educational. It names the people involved, sets the schedule and learning objectives, and lists each party's responsibilities. All parties sign it before the student begins at the worksite.</w:t>
      </w:r>
    </w:p>
    <w:p>
      <w:pPr>
        <w:pStyle w:val="Heading2"/>
      </w:pPr>
      <w:r>
        <w:rPr>
          <w:rFonts w:ascii="Arial" w:hAnsi="Arial"/>
          <w:color w:val="0C3B34"/>
        </w:rPr>
        <w:t>Section A – Program and School</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4452"/>
        <w:gridCol w:w="5771"/>
      </w:tblGrid>
      <w:tr>
        <w:tc>
          <w:tcPr>
            <w:tcW w:type="dxa" w:w="4452"/>
            <w:shd w:val="clear" w:color="auto" w:fill="EEF4F1"/>
          </w:tcPr>
          <w:p>
            <w:r>
              <w:rPr>
                <w:b/>
                <w:sz w:val="18"/>
              </w:rPr>
              <w:t>Field</w:t>
            </w:r>
          </w:p>
        </w:tc>
        <w:tc>
          <w:tcPr>
            <w:tcW w:type="dxa" w:w="5772"/>
            <w:shd w:val="clear" w:color="auto" w:fill="EEF4F1"/>
          </w:tcPr>
          <w:p>
            <w:r>
              <w:rPr>
                <w:b/>
                <w:sz w:val="18"/>
              </w:rPr>
              <w:t>Entry</w:t>
            </w:r>
          </w:p>
        </w:tc>
      </w:tr>
      <w:tr>
        <w:tc>
          <w:tcPr>
            <w:tcW w:type="dxa" w:w="4452"/>
          </w:tcPr>
          <w:p>
            <w:r>
              <w:rPr>
                <w:sz w:val="18"/>
              </w:rPr>
              <w:t>School / district name</w:t>
            </w:r>
          </w:p>
        </w:tc>
        <w:tc>
          <w:tcPr>
            <w:tcW w:type="dxa" w:w="5772"/>
          </w:tcPr>
          <w:p>
            <w:r>
              <w:rPr>
                <w:sz w:val="18"/>
                <w:highlight w:val="yellow"/>
              </w:rPr>
              <w:t>[District Name]</w:t>
            </w:r>
            <w:r>
              <w:rPr>
                <w:sz w:val="18"/>
              </w:rPr>
              <w:t xml:space="preserve"> / </w:t>
            </w:r>
            <w:r>
              <w:rPr>
                <w:sz w:val="18"/>
                <w:highlight w:val="yellow"/>
              </w:rPr>
              <w:t>[School Name]</w:t>
            </w:r>
          </w:p>
        </w:tc>
      </w:tr>
      <w:tr>
        <w:tc>
          <w:tcPr>
            <w:tcW w:type="dxa" w:w="4452"/>
          </w:tcPr>
          <w:p>
            <w:r>
              <w:rPr>
                <w:sz w:val="18"/>
              </w:rPr>
              <w:t>School address</w:t>
            </w:r>
          </w:p>
        </w:tc>
        <w:tc>
          <w:tcPr>
            <w:tcW w:type="dxa" w:w="5772"/>
          </w:tcPr>
          <w:p>
            <w:r>
              <w:rPr>
                <w:sz w:val="18"/>
                <w:highlight w:val="yellow"/>
              </w:rPr>
              <w:t>[School Address]</w:t>
            </w:r>
          </w:p>
        </w:tc>
      </w:tr>
      <w:tr>
        <w:tc>
          <w:tcPr>
            <w:tcW w:type="dxa" w:w="4452"/>
          </w:tcPr>
          <w:p>
            <w:r>
              <w:rPr>
                <w:sz w:val="18"/>
              </w:rPr>
              <w:t>School phone</w:t>
            </w:r>
          </w:p>
        </w:tc>
        <w:tc>
          <w:tcPr>
            <w:tcW w:type="dxa" w:w="5772"/>
          </w:tcPr>
          <w:p>
            <w:r>
              <w:rPr>
                <w:sz w:val="18"/>
                <w:highlight w:val="yellow"/>
              </w:rPr>
              <w:t>[School Phone]</w:t>
            </w:r>
          </w:p>
        </w:tc>
      </w:tr>
      <w:tr>
        <w:tc>
          <w:tcPr>
            <w:tcW w:type="dxa" w:w="4452"/>
          </w:tcPr>
          <w:p>
            <w:r>
              <w:rPr>
                <w:sz w:val="18"/>
              </w:rPr>
              <w:t>Program / CTE pathway</w:t>
            </w:r>
          </w:p>
        </w:tc>
        <w:tc>
          <w:tcPr>
            <w:tcW w:type="dxa" w:w="5772"/>
          </w:tcPr>
          <w:p>
            <w:r>
              <w:rPr>
                <w:sz w:val="18"/>
              </w:rPr>
              <w:t>________________________</w:t>
            </w:r>
          </w:p>
        </w:tc>
      </w:tr>
      <w:tr>
        <w:tc>
          <w:tcPr>
            <w:tcW w:type="dxa" w:w="4452"/>
          </w:tcPr>
          <w:p>
            <w:r>
              <w:rPr>
                <w:sz w:val="18"/>
              </w:rPr>
              <w:t>Career cluster</w:t>
            </w:r>
          </w:p>
        </w:tc>
        <w:tc>
          <w:tcPr>
            <w:tcW w:type="dxa" w:w="5772"/>
          </w:tcPr>
          <w:p>
            <w:r>
              <w:rPr>
                <w:sz w:val="18"/>
              </w:rPr>
              <w:t>________________________</w:t>
            </w:r>
          </w:p>
        </w:tc>
      </w:tr>
      <w:tr>
        <w:tc>
          <w:tcPr>
            <w:tcW w:type="dxa" w:w="4452"/>
          </w:tcPr>
          <w:p>
            <w:r>
              <w:rPr>
                <w:sz w:val="18"/>
              </w:rPr>
              <w:t>School year</w:t>
            </w:r>
          </w:p>
        </w:tc>
        <w:tc>
          <w:tcPr>
            <w:tcW w:type="dxa" w:w="5772"/>
          </w:tcPr>
          <w:p>
            <w:r>
              <w:rPr>
                <w:sz w:val="18"/>
              </w:rPr>
              <w:t>________</w:t>
            </w:r>
          </w:p>
        </w:tc>
      </w:tr>
      <w:tr>
        <w:tc>
          <w:tcPr>
            <w:tcW w:type="dxa" w:w="4452"/>
          </w:tcPr>
          <w:p>
            <w:r>
              <w:rPr>
                <w:sz w:val="18"/>
              </w:rPr>
              <w:t>Term(s) / grading period(s)</w:t>
            </w:r>
          </w:p>
        </w:tc>
        <w:tc>
          <w:tcPr>
            <w:tcW w:type="dxa" w:w="5772"/>
          </w:tcPr>
          <w:p>
            <w:r>
              <w:rPr>
                <w:sz w:val="18"/>
              </w:rPr>
              <w:t>________________________</w:t>
            </w:r>
          </w:p>
        </w:tc>
      </w:tr>
      <w:tr>
        <w:tc>
          <w:tcPr>
            <w:tcW w:type="dxa" w:w="4452"/>
          </w:tcPr>
          <w:p>
            <w:r>
              <w:rPr>
                <w:sz w:val="18"/>
              </w:rPr>
              <w:t>Credit awarded</w:t>
            </w:r>
          </w:p>
        </w:tc>
        <w:tc>
          <w:tcPr>
            <w:tcW w:type="dxa" w:w="5772"/>
          </w:tcPr>
          <w:p>
            <w:r>
              <w:rPr>
                <w:sz w:val="18"/>
              </w:rPr>
              <w:t>☐ Yes, number of credits: ____ ☐ No</w:t>
            </w:r>
          </w:p>
        </w:tc>
      </w:tr>
      <w:tr>
        <w:tc>
          <w:tcPr>
            <w:tcW w:type="dxa" w:w="4452"/>
          </w:tcPr>
          <w:p>
            <w:r>
              <w:rPr>
                <w:sz w:val="18"/>
              </w:rPr>
              <w:t>Course code</w:t>
            </w:r>
          </w:p>
        </w:tc>
        <w:tc>
          <w:tcPr>
            <w:tcW w:type="dxa" w:w="5772"/>
          </w:tcPr>
          <w:p>
            <w:r>
              <w:rPr>
                <w:sz w:val="18"/>
                <w:highlight w:val="yellow"/>
              </w:rPr>
              <w:t>[EDIT: optional]</w:t>
            </w:r>
            <w:r>
              <w:rPr>
                <w:sz w:val="18"/>
              </w:rPr>
              <w:t xml:space="preserve"> ________</w:t>
            </w:r>
          </w:p>
        </w:tc>
      </w:tr>
    </w:tbl>
    <w:p>
      <w:pPr>
        <w:spacing w:after="40"/>
      </w:pPr>
    </w:p>
    <w:p>
      <w:pPr>
        <w:pStyle w:val="Heading2"/>
      </w:pPr>
      <w:r>
        <w:rPr>
          <w:rFonts w:ascii="Arial" w:hAnsi="Arial"/>
          <w:color w:val="0C3B34"/>
        </w:rPr>
        <w:t>Section B – Student</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FFF6E0"/>
          </w:tcPr>
          <w:p>
            <w:r>
              <w:rPr>
                <w:b/>
                <w:sz w:val="18"/>
              </w:rPr>
              <w:t>DISTRICT/LEGAL REVIEW:</w:t>
            </w:r>
            <w:r>
              <w:rPr>
                <w:sz w:val="18"/>
              </w:rPr>
              <w:t xml:space="preserve"> Collect only the information this placement needs (FERPA). Date of birth or age is used to check child-labor rules.</w:t>
            </w:r>
          </w:p>
        </w:tc>
      </w:tr>
    </w:tbl>
    <w:p>
      <w:pPr>
        <w:spacing w:after="40"/>
      </w:pP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5112"/>
        <w:gridCol w:w="5112"/>
      </w:tblGrid>
      <w:tr>
        <w:tc>
          <w:tcPr>
            <w:tcW w:type="dxa" w:w="5112"/>
            <w:shd w:val="clear" w:color="auto" w:fill="EEF4F1"/>
          </w:tcPr>
          <w:p>
            <w:r>
              <w:rPr>
                <w:b/>
                <w:sz w:val="18"/>
              </w:rPr>
              <w:t>Field</w:t>
            </w:r>
          </w:p>
        </w:tc>
        <w:tc>
          <w:tcPr>
            <w:tcW w:type="dxa" w:w="5112"/>
            <w:shd w:val="clear" w:color="auto" w:fill="EEF4F1"/>
          </w:tcPr>
          <w:p>
            <w:r>
              <w:rPr>
                <w:b/>
                <w:sz w:val="18"/>
              </w:rPr>
              <w:t>Entry</w:t>
            </w:r>
          </w:p>
        </w:tc>
      </w:tr>
      <w:tr>
        <w:tc>
          <w:tcPr>
            <w:tcW w:type="dxa" w:w="5112"/>
          </w:tcPr>
          <w:p>
            <w:r>
              <w:rPr>
                <w:sz w:val="18"/>
              </w:rPr>
              <w:t>Student name</w:t>
            </w:r>
          </w:p>
        </w:tc>
        <w:tc>
          <w:tcPr>
            <w:tcW w:type="dxa" w:w="5112"/>
          </w:tcPr>
          <w:p>
            <w:r>
              <w:rPr>
                <w:sz w:val="18"/>
              </w:rPr>
              <w:t>________________________</w:t>
            </w:r>
          </w:p>
        </w:tc>
      </w:tr>
      <w:tr>
        <w:tc>
          <w:tcPr>
            <w:tcW w:type="dxa" w:w="5112"/>
          </w:tcPr>
          <w:p>
            <w:r>
              <w:rPr>
                <w:sz w:val="18"/>
              </w:rPr>
              <w:t>Grade</w:t>
            </w:r>
          </w:p>
        </w:tc>
        <w:tc>
          <w:tcPr>
            <w:tcW w:type="dxa" w:w="5112"/>
          </w:tcPr>
          <w:p>
            <w:r>
              <w:rPr>
                <w:sz w:val="18"/>
              </w:rPr>
              <w:t>____</w:t>
            </w:r>
          </w:p>
        </w:tc>
      </w:tr>
      <w:tr>
        <w:tc>
          <w:tcPr>
            <w:tcW w:type="dxa" w:w="5112"/>
          </w:tcPr>
          <w:p>
            <w:r>
              <w:rPr>
                <w:sz w:val="18"/>
              </w:rPr>
              <w:t>Date of birth</w:t>
            </w:r>
          </w:p>
        </w:tc>
        <w:tc>
          <w:tcPr>
            <w:tcW w:type="dxa" w:w="5112"/>
          </w:tcPr>
          <w:p>
            <w:r>
              <w:rPr>
                <w:sz w:val="18"/>
              </w:rPr>
              <w:t>____ / ____ / ________</w:t>
            </w:r>
          </w:p>
        </w:tc>
      </w:tr>
      <w:tr>
        <w:tc>
          <w:tcPr>
            <w:tcW w:type="dxa" w:w="5112"/>
          </w:tcPr>
          <w:p>
            <w:r>
              <w:rPr>
                <w:sz w:val="18"/>
              </w:rPr>
              <w:t>Age on start date</w:t>
            </w:r>
          </w:p>
        </w:tc>
        <w:tc>
          <w:tcPr>
            <w:tcW w:type="dxa" w:w="5112"/>
          </w:tcPr>
          <w:p>
            <w:r>
              <w:rPr>
                <w:sz w:val="18"/>
              </w:rPr>
              <w:t>____</w:t>
            </w:r>
          </w:p>
        </w:tc>
      </w:tr>
      <w:tr>
        <w:tc>
          <w:tcPr>
            <w:tcW w:type="dxa" w:w="5112"/>
          </w:tcPr>
          <w:p>
            <w:r>
              <w:rPr>
                <w:sz w:val="18"/>
              </w:rPr>
              <w:t>Student phone</w:t>
            </w:r>
          </w:p>
        </w:tc>
        <w:tc>
          <w:tcPr>
            <w:tcW w:type="dxa" w:w="5112"/>
          </w:tcPr>
          <w:p>
            <w:r>
              <w:rPr>
                <w:sz w:val="18"/>
              </w:rPr>
              <w:t>________________________</w:t>
            </w:r>
          </w:p>
        </w:tc>
      </w:tr>
      <w:tr>
        <w:tc>
          <w:tcPr>
            <w:tcW w:type="dxa" w:w="5112"/>
          </w:tcPr>
          <w:p>
            <w:r>
              <w:rPr>
                <w:sz w:val="18"/>
              </w:rPr>
              <w:t>Student email</w:t>
            </w:r>
          </w:p>
        </w:tc>
        <w:tc>
          <w:tcPr>
            <w:tcW w:type="dxa" w:w="5112"/>
          </w:tcPr>
          <w:p>
            <w:r>
              <w:rPr>
                <w:sz w:val="18"/>
              </w:rPr>
              <w:t>________________________</w:t>
            </w:r>
          </w:p>
        </w:tc>
      </w:tr>
      <w:tr>
        <w:tc>
          <w:tcPr>
            <w:tcW w:type="dxa" w:w="5112"/>
          </w:tcPr>
          <w:p>
            <w:r>
              <w:rPr>
                <w:sz w:val="18"/>
              </w:rPr>
              <w:t>Student ID</w:t>
            </w:r>
          </w:p>
        </w:tc>
        <w:tc>
          <w:tcPr>
            <w:tcW w:type="dxa" w:w="5112"/>
          </w:tcPr>
          <w:p>
            <w:r>
              <w:rPr>
                <w:sz w:val="18"/>
              </w:rPr>
              <w:t>[Internal copy only. Do not include on the employer's copy.] ________</w:t>
            </w:r>
          </w:p>
        </w:tc>
      </w:tr>
      <w:tr>
        <w:tc>
          <w:tcPr>
            <w:tcW w:type="dxa" w:w="5112"/>
          </w:tcPr>
          <w:p>
            <w:r>
              <w:rPr>
                <w:sz w:val="18"/>
              </w:rPr>
              <w:t>Parent/guardian name</w:t>
            </w:r>
          </w:p>
        </w:tc>
        <w:tc>
          <w:tcPr>
            <w:tcW w:type="dxa" w:w="5112"/>
          </w:tcPr>
          <w:p>
            <w:r>
              <w:rPr>
                <w:sz w:val="18"/>
              </w:rPr>
              <w:t>________________________</w:t>
            </w:r>
          </w:p>
        </w:tc>
      </w:tr>
      <w:tr>
        <w:tc>
          <w:tcPr>
            <w:tcW w:type="dxa" w:w="5112"/>
          </w:tcPr>
          <w:p>
            <w:r>
              <w:rPr>
                <w:sz w:val="18"/>
              </w:rPr>
              <w:t>Parent/guardian phone</w:t>
            </w:r>
          </w:p>
        </w:tc>
        <w:tc>
          <w:tcPr>
            <w:tcW w:type="dxa" w:w="5112"/>
          </w:tcPr>
          <w:p>
            <w:r>
              <w:rPr>
                <w:sz w:val="18"/>
              </w:rPr>
              <w:t>________________________</w:t>
            </w:r>
          </w:p>
        </w:tc>
      </w:tr>
      <w:tr>
        <w:tc>
          <w:tcPr>
            <w:tcW w:type="dxa" w:w="5112"/>
          </w:tcPr>
          <w:p>
            <w:r>
              <w:rPr>
                <w:sz w:val="18"/>
              </w:rPr>
              <w:t>Parent/guardian email</w:t>
            </w:r>
          </w:p>
        </w:tc>
        <w:tc>
          <w:tcPr>
            <w:tcW w:type="dxa" w:w="5112"/>
          </w:tcPr>
          <w:p>
            <w:r>
              <w:rPr>
                <w:sz w:val="18"/>
              </w:rPr>
              <w:t>________________________</w:t>
            </w:r>
          </w:p>
        </w:tc>
      </w:tr>
      <w:tr>
        <w:tc>
          <w:tcPr>
            <w:tcW w:type="dxa" w:w="5112"/>
          </w:tcPr>
          <w:p>
            <w:r>
              <w:rPr>
                <w:sz w:val="18"/>
              </w:rPr>
              <w:t>Emergency contact name and relationship</w:t>
            </w:r>
          </w:p>
        </w:tc>
        <w:tc>
          <w:tcPr>
            <w:tcW w:type="dxa" w:w="5112"/>
          </w:tcPr>
          <w:p>
            <w:r>
              <w:rPr>
                <w:sz w:val="18"/>
              </w:rPr>
              <w:t>________________________</w:t>
            </w:r>
          </w:p>
        </w:tc>
      </w:tr>
      <w:tr>
        <w:tc>
          <w:tcPr>
            <w:tcW w:type="dxa" w:w="5112"/>
          </w:tcPr>
          <w:p>
            <w:r>
              <w:rPr>
                <w:sz w:val="18"/>
              </w:rPr>
              <w:t>Emergency contact phone</w:t>
            </w:r>
          </w:p>
        </w:tc>
        <w:tc>
          <w:tcPr>
            <w:tcW w:type="dxa" w:w="5112"/>
          </w:tcPr>
          <w:p>
            <w:r>
              <w:rPr>
                <w:sz w:val="18"/>
              </w:rPr>
              <w:t>________________________</w:t>
            </w:r>
          </w:p>
        </w:tc>
      </w:tr>
    </w:tbl>
    <w:p>
      <w:pPr>
        <w:spacing w:after="40"/>
      </w:pPr>
    </w:p>
    <w:p>
      <w:pPr>
        <w:spacing w:after="80"/>
      </w:pPr>
      <w:r>
        <w:rPr>
          <w:i/>
        </w:rPr>
        <w:t xml:space="preserve">Medical and insurance information is collected on a separate confidential form kept by the school: </w:t>
      </w:r>
      <w:r>
        <w:rPr>
          <w:i/>
          <w:highlight w:val="yellow"/>
        </w:rPr>
        <w:t>[EDIT: name of your district's form]</w:t>
      </w:r>
      <w:r>
        <w:rPr>
          <w:i/>
        </w:rPr>
        <w:t>.</w:t>
      </w:r>
    </w:p>
    <w:p>
      <w:pPr>
        <w:pStyle w:val="Heading2"/>
      </w:pPr>
      <w:r>
        <w:rPr>
          <w:rFonts w:ascii="Arial" w:hAnsi="Arial"/>
          <w:color w:val="0C3B34"/>
        </w:rPr>
        <w:t>Section C – Employer / Worksite</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5623"/>
        <w:gridCol w:w="4600"/>
      </w:tblGrid>
      <w:tr>
        <w:tc>
          <w:tcPr>
            <w:tcW w:type="dxa" w:w="5623"/>
            <w:shd w:val="clear" w:color="auto" w:fill="EEF4F1"/>
          </w:tcPr>
          <w:p>
            <w:r>
              <w:rPr>
                <w:b/>
                <w:sz w:val="18"/>
              </w:rPr>
              <w:t>Field</w:t>
            </w:r>
          </w:p>
        </w:tc>
        <w:tc>
          <w:tcPr>
            <w:tcW w:type="dxa" w:w="4601"/>
            <w:shd w:val="clear" w:color="auto" w:fill="EEF4F1"/>
          </w:tcPr>
          <w:p>
            <w:r>
              <w:rPr>
                <w:b/>
                <w:sz w:val="18"/>
              </w:rPr>
              <w:t>Entry</w:t>
            </w:r>
          </w:p>
        </w:tc>
      </w:tr>
      <w:tr>
        <w:tc>
          <w:tcPr>
            <w:tcW w:type="dxa" w:w="5623"/>
          </w:tcPr>
          <w:p>
            <w:r>
              <w:rPr>
                <w:sz w:val="18"/>
              </w:rPr>
              <w:t>Business name</w:t>
            </w:r>
          </w:p>
        </w:tc>
        <w:tc>
          <w:tcPr>
            <w:tcW w:type="dxa" w:w="4601"/>
          </w:tcPr>
          <w:p>
            <w:r>
              <w:rPr>
                <w:sz w:val="18"/>
              </w:rPr>
              <w:t>________________________</w:t>
            </w:r>
          </w:p>
        </w:tc>
      </w:tr>
      <w:tr>
        <w:tc>
          <w:tcPr>
            <w:tcW w:type="dxa" w:w="5623"/>
          </w:tcPr>
          <w:p>
            <w:r>
              <w:rPr>
                <w:sz w:val="18"/>
              </w:rPr>
              <w:t>Worksite address</w:t>
            </w:r>
          </w:p>
        </w:tc>
        <w:tc>
          <w:tcPr>
            <w:tcW w:type="dxa" w:w="4601"/>
          </w:tcPr>
          <w:p>
            <w:r>
              <w:rPr>
                <w:sz w:val="18"/>
              </w:rPr>
              <w:t>________________________</w:t>
            </w:r>
          </w:p>
        </w:tc>
      </w:tr>
      <w:tr>
        <w:tc>
          <w:tcPr>
            <w:tcW w:type="dxa" w:w="5623"/>
          </w:tcPr>
          <w:p>
            <w:r>
              <w:rPr>
                <w:sz w:val="18"/>
              </w:rPr>
              <w:t>Work location</w:t>
            </w:r>
          </w:p>
        </w:tc>
        <w:tc>
          <w:tcPr>
            <w:tcW w:type="dxa" w:w="4601"/>
          </w:tcPr>
          <w:p>
            <w:r>
              <w:rPr>
                <w:sz w:val="18"/>
              </w:rPr>
              <w:t>☐ On site ☐ Remote ☐ Hybrid</w:t>
            </w:r>
          </w:p>
        </w:tc>
      </w:tr>
      <w:tr>
        <w:tc>
          <w:tcPr>
            <w:tcW w:type="dxa" w:w="5623"/>
          </w:tcPr>
          <w:p>
            <w:r>
              <w:rPr>
                <w:sz w:val="18"/>
              </w:rPr>
              <w:t>Industry / sector</w:t>
            </w:r>
          </w:p>
        </w:tc>
        <w:tc>
          <w:tcPr>
            <w:tcW w:type="dxa" w:w="4601"/>
          </w:tcPr>
          <w:p>
            <w:r>
              <w:rPr>
                <w:sz w:val="18"/>
              </w:rPr>
              <w:t>________________________</w:t>
            </w:r>
          </w:p>
        </w:tc>
      </w:tr>
      <w:tr>
        <w:tc>
          <w:tcPr>
            <w:tcW w:type="dxa" w:w="5623"/>
          </w:tcPr>
          <w:p>
            <w:r>
              <w:rPr>
                <w:sz w:val="18"/>
              </w:rPr>
              <w:t>Worksite supervisor / mentor name</w:t>
            </w:r>
          </w:p>
        </w:tc>
        <w:tc>
          <w:tcPr>
            <w:tcW w:type="dxa" w:w="4601"/>
          </w:tcPr>
          <w:p>
            <w:r>
              <w:rPr>
                <w:sz w:val="18"/>
              </w:rPr>
              <w:t>________________________</w:t>
            </w:r>
          </w:p>
        </w:tc>
      </w:tr>
      <w:tr>
        <w:tc>
          <w:tcPr>
            <w:tcW w:type="dxa" w:w="5623"/>
          </w:tcPr>
          <w:p>
            <w:r>
              <w:rPr>
                <w:sz w:val="18"/>
              </w:rPr>
              <w:t>Supervisor title</w:t>
            </w:r>
          </w:p>
        </w:tc>
        <w:tc>
          <w:tcPr>
            <w:tcW w:type="dxa" w:w="4601"/>
          </w:tcPr>
          <w:p>
            <w:r>
              <w:rPr>
                <w:sz w:val="18"/>
              </w:rPr>
              <w:t>________________________</w:t>
            </w:r>
          </w:p>
        </w:tc>
      </w:tr>
      <w:tr>
        <w:tc>
          <w:tcPr>
            <w:tcW w:type="dxa" w:w="5623"/>
          </w:tcPr>
          <w:p>
            <w:r>
              <w:rPr>
                <w:sz w:val="18"/>
              </w:rPr>
              <w:t>Supervisor phone</w:t>
            </w:r>
          </w:p>
        </w:tc>
        <w:tc>
          <w:tcPr>
            <w:tcW w:type="dxa" w:w="4601"/>
          </w:tcPr>
          <w:p>
            <w:r>
              <w:rPr>
                <w:sz w:val="18"/>
              </w:rPr>
              <w:t>________________________</w:t>
            </w:r>
          </w:p>
        </w:tc>
      </w:tr>
      <w:tr>
        <w:tc>
          <w:tcPr>
            <w:tcW w:type="dxa" w:w="5623"/>
          </w:tcPr>
          <w:p>
            <w:r>
              <w:rPr>
                <w:sz w:val="18"/>
              </w:rPr>
              <w:t>Supervisor email</w:t>
            </w:r>
          </w:p>
        </w:tc>
        <w:tc>
          <w:tcPr>
            <w:tcW w:type="dxa" w:w="4601"/>
          </w:tcPr>
          <w:p>
            <w:r>
              <w:rPr>
                <w:sz w:val="18"/>
              </w:rPr>
              <w:t>________________________</w:t>
            </w:r>
          </w:p>
        </w:tc>
      </w:tr>
      <w:tr>
        <w:tc>
          <w:tcPr>
            <w:tcW w:type="dxa" w:w="5623"/>
          </w:tcPr>
          <w:p>
            <w:r>
              <w:rPr>
                <w:sz w:val="18"/>
              </w:rPr>
              <w:t>Backup contact name and title</w:t>
            </w:r>
          </w:p>
        </w:tc>
        <w:tc>
          <w:tcPr>
            <w:tcW w:type="dxa" w:w="4601"/>
          </w:tcPr>
          <w:p>
            <w:r>
              <w:rPr>
                <w:sz w:val="18"/>
              </w:rPr>
              <w:t>________________________</w:t>
            </w:r>
          </w:p>
        </w:tc>
      </w:tr>
      <w:tr>
        <w:tc>
          <w:tcPr>
            <w:tcW w:type="dxa" w:w="5623"/>
          </w:tcPr>
          <w:p>
            <w:r>
              <w:rPr>
                <w:sz w:val="18"/>
              </w:rPr>
              <w:t>Backup contact phone / email</w:t>
            </w:r>
          </w:p>
        </w:tc>
        <w:tc>
          <w:tcPr>
            <w:tcW w:type="dxa" w:w="4601"/>
          </w:tcPr>
          <w:p>
            <w:r>
              <w:rPr>
                <w:sz w:val="18"/>
              </w:rPr>
              <w:t>________________________</w:t>
            </w:r>
          </w:p>
        </w:tc>
      </w:tr>
    </w:tbl>
    <w:p>
      <w:pPr>
        <w:spacing w:after="40"/>
      </w:pPr>
    </w:p>
    <w:p>
      <w:pPr>
        <w:pStyle w:val="Heading2"/>
      </w:pPr>
      <w:r>
        <w:rPr>
          <w:rFonts w:ascii="Arial" w:hAnsi="Arial"/>
          <w:color w:val="0C3B34"/>
        </w:rPr>
        <w:t>Section D – Placement Details</w:t>
      </w:r>
    </w:p>
    <w:p>
      <w:pPr>
        <w:spacing w:after="80"/>
      </w:pPr>
      <w:r>
        <w:rPr>
          <w:b/>
        </w:rPr>
        <w:t>WBL type</w:t>
      </w:r>
      <w:r>
        <w:rPr/>
        <w:t xml:space="preserve"> (check one):</w:t>
      </w:r>
      <w:r>
        <w:br/>
      </w:r>
      <w:r>
        <w:rPr/>
        <w:t>☐ Internship ☐ Job shadow ☐ Apprenticeship ☐ Pre-apprenticeship ☐ Clinical ☐ School-based enterprise ☐ Service learning ☐ Simulated / virtual ☐ Other: ________</w:t>
      </w:r>
    </w:p>
    <w:p>
      <w:pPr>
        <w:spacing w:after="80"/>
      </w:pPr>
      <w:r>
        <w:rPr>
          <w:b/>
        </w:rPr>
        <w:t>Job title:</w:t>
      </w:r>
      <w:r>
        <w:rPr/>
        <w:t xml:space="preserve"> ________________________</w:t>
      </w:r>
    </w:p>
    <w:p>
      <w:pPr>
        <w:spacing w:after="80"/>
      </w:pPr>
      <w:r>
        <w:rPr>
          <w:b/>
        </w:rPr>
        <w:t>Short description of duties:</w:t>
      </w:r>
    </w:p>
    <w:p>
      <w:pPr>
        <w:spacing w:after="80"/>
      </w:pPr>
      <w:r>
        <w:rPr>
          <w:b/>
        </w:rPr>
        <w:t>Start date:</w:t>
      </w:r>
      <w:r>
        <w:rPr/>
        <w:t xml:space="preserve"> ____ / ____ / ________ </w:t>
      </w:r>
      <w:r>
        <w:rPr>
          <w:b/>
        </w:rPr>
        <w:t>End date:</w:t>
      </w:r>
      <w:r>
        <w:rPr/>
        <w:t xml:space="preserve"> ____ / ____ / ________</w:t>
      </w:r>
    </w:p>
    <w:p>
      <w:pPr>
        <w:spacing w:after="80"/>
      </w:pPr>
      <w:r>
        <w:rPr>
          <w:b/>
        </w:rPr>
        <w:t>Total hours required:</w:t>
      </w:r>
      <w:r>
        <w:rPr/>
        <w:t xml:space="preserve"> ________</w:t>
      </w:r>
    </w:p>
    <w:p>
      <w:pPr>
        <w:spacing w:after="80"/>
      </w:pPr>
      <w:r>
        <w:rPr>
          <w:b/>
        </w:rPr>
        <w:t>Weekly schedule:</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3834"/>
        <w:gridCol w:w="2236"/>
        <w:gridCol w:w="2556"/>
        <w:gridCol w:w="1597"/>
      </w:tblGrid>
      <w:tr>
        <w:tc>
          <w:tcPr>
            <w:tcW w:type="dxa" w:w="3834"/>
            <w:shd w:val="clear" w:color="auto" w:fill="EEF4F1"/>
          </w:tcPr>
          <w:p>
            <w:r>
              <w:rPr>
                <w:b/>
                <w:sz w:val="18"/>
              </w:rPr>
              <w:t>Day</w:t>
            </w:r>
          </w:p>
        </w:tc>
        <w:tc>
          <w:tcPr>
            <w:tcW w:type="dxa" w:w="2236"/>
            <w:shd w:val="clear" w:color="auto" w:fill="EEF4F1"/>
          </w:tcPr>
          <w:p>
            <w:r>
              <w:rPr>
                <w:b/>
                <w:sz w:val="18"/>
              </w:rPr>
              <w:t>Time in</w:t>
            </w:r>
          </w:p>
        </w:tc>
        <w:tc>
          <w:tcPr>
            <w:tcW w:type="dxa" w:w="2556"/>
            <w:shd w:val="clear" w:color="auto" w:fill="EEF4F1"/>
          </w:tcPr>
          <w:p>
            <w:r>
              <w:rPr>
                <w:b/>
                <w:sz w:val="18"/>
              </w:rPr>
              <w:t>Time out</w:t>
            </w:r>
          </w:p>
        </w:tc>
        <w:tc>
          <w:tcPr>
            <w:tcW w:type="dxa" w:w="1597"/>
            <w:shd w:val="clear" w:color="auto" w:fill="EEF4F1"/>
          </w:tcPr>
          <w:p>
            <w:r>
              <w:rPr>
                <w:b/>
                <w:sz w:val="18"/>
              </w:rPr>
              <w:t>Hours</w:t>
            </w:r>
          </w:p>
        </w:tc>
      </w:tr>
      <w:tr>
        <w:tc>
          <w:tcPr>
            <w:tcW w:type="dxa" w:w="3834"/>
          </w:tcPr>
          <w:p>
            <w:r>
              <w:rPr>
                <w:sz w:val="18"/>
              </w:rPr>
              <w:t>Monday</w:t>
            </w:r>
          </w:p>
        </w:tc>
        <w:tc>
          <w:tcPr>
            <w:tcW w:type="dxa" w:w="2236"/>
          </w:tcPr>
          <w:p/>
        </w:tc>
        <w:tc>
          <w:tcPr>
            <w:tcW w:type="dxa" w:w="2556"/>
          </w:tcPr>
          <w:p/>
        </w:tc>
        <w:tc>
          <w:tcPr>
            <w:tcW w:type="dxa" w:w="1597"/>
          </w:tcPr>
          <w:p/>
        </w:tc>
      </w:tr>
      <w:tr>
        <w:tc>
          <w:tcPr>
            <w:tcW w:type="dxa" w:w="3834"/>
          </w:tcPr>
          <w:p>
            <w:r>
              <w:rPr>
                <w:sz w:val="18"/>
              </w:rPr>
              <w:t>Tuesday</w:t>
            </w:r>
          </w:p>
        </w:tc>
        <w:tc>
          <w:tcPr>
            <w:tcW w:type="dxa" w:w="2236"/>
          </w:tcPr>
          <w:p/>
        </w:tc>
        <w:tc>
          <w:tcPr>
            <w:tcW w:type="dxa" w:w="2556"/>
          </w:tcPr>
          <w:p/>
        </w:tc>
        <w:tc>
          <w:tcPr>
            <w:tcW w:type="dxa" w:w="1597"/>
          </w:tcPr>
          <w:p/>
        </w:tc>
      </w:tr>
      <w:tr>
        <w:tc>
          <w:tcPr>
            <w:tcW w:type="dxa" w:w="3834"/>
          </w:tcPr>
          <w:p>
            <w:r>
              <w:rPr>
                <w:sz w:val="18"/>
              </w:rPr>
              <w:t>Wednesday</w:t>
            </w:r>
          </w:p>
        </w:tc>
        <w:tc>
          <w:tcPr>
            <w:tcW w:type="dxa" w:w="2236"/>
          </w:tcPr>
          <w:p/>
        </w:tc>
        <w:tc>
          <w:tcPr>
            <w:tcW w:type="dxa" w:w="2556"/>
          </w:tcPr>
          <w:p/>
        </w:tc>
        <w:tc>
          <w:tcPr>
            <w:tcW w:type="dxa" w:w="1597"/>
          </w:tcPr>
          <w:p/>
        </w:tc>
      </w:tr>
      <w:tr>
        <w:tc>
          <w:tcPr>
            <w:tcW w:type="dxa" w:w="3834"/>
          </w:tcPr>
          <w:p>
            <w:r>
              <w:rPr>
                <w:sz w:val="18"/>
              </w:rPr>
              <w:t>Thursday</w:t>
            </w:r>
          </w:p>
        </w:tc>
        <w:tc>
          <w:tcPr>
            <w:tcW w:type="dxa" w:w="2236"/>
          </w:tcPr>
          <w:p/>
        </w:tc>
        <w:tc>
          <w:tcPr>
            <w:tcW w:type="dxa" w:w="2556"/>
          </w:tcPr>
          <w:p/>
        </w:tc>
        <w:tc>
          <w:tcPr>
            <w:tcW w:type="dxa" w:w="1597"/>
          </w:tcPr>
          <w:p/>
        </w:tc>
      </w:tr>
      <w:tr>
        <w:tc>
          <w:tcPr>
            <w:tcW w:type="dxa" w:w="3834"/>
          </w:tcPr>
          <w:p>
            <w:r>
              <w:rPr>
                <w:sz w:val="18"/>
              </w:rPr>
              <w:t>Friday</w:t>
            </w:r>
          </w:p>
        </w:tc>
        <w:tc>
          <w:tcPr>
            <w:tcW w:type="dxa" w:w="2236"/>
          </w:tcPr>
          <w:p/>
        </w:tc>
        <w:tc>
          <w:tcPr>
            <w:tcW w:type="dxa" w:w="2556"/>
          </w:tcPr>
          <w:p/>
        </w:tc>
        <w:tc>
          <w:tcPr>
            <w:tcW w:type="dxa" w:w="1597"/>
          </w:tcPr>
          <w:p/>
        </w:tc>
      </w:tr>
      <w:tr>
        <w:tc>
          <w:tcPr>
            <w:tcW w:type="dxa" w:w="3834"/>
          </w:tcPr>
          <w:p>
            <w:r>
              <w:rPr>
                <w:sz w:val="18"/>
              </w:rPr>
              <w:t>Saturday</w:t>
            </w:r>
          </w:p>
        </w:tc>
        <w:tc>
          <w:tcPr>
            <w:tcW w:type="dxa" w:w="2236"/>
          </w:tcPr>
          <w:p/>
        </w:tc>
        <w:tc>
          <w:tcPr>
            <w:tcW w:type="dxa" w:w="2556"/>
          </w:tcPr>
          <w:p/>
        </w:tc>
        <w:tc>
          <w:tcPr>
            <w:tcW w:type="dxa" w:w="1597"/>
          </w:tcPr>
          <w:p/>
        </w:tc>
      </w:tr>
      <w:tr>
        <w:tc>
          <w:tcPr>
            <w:tcW w:type="dxa" w:w="3834"/>
          </w:tcPr>
          <w:p>
            <w:r>
              <w:rPr>
                <w:sz w:val="18"/>
              </w:rPr>
              <w:t>Sunday</w:t>
            </w:r>
          </w:p>
        </w:tc>
        <w:tc>
          <w:tcPr>
            <w:tcW w:type="dxa" w:w="2236"/>
          </w:tcPr>
          <w:p/>
        </w:tc>
        <w:tc>
          <w:tcPr>
            <w:tcW w:type="dxa" w:w="2556"/>
          </w:tcPr>
          <w:p/>
        </w:tc>
        <w:tc>
          <w:tcPr>
            <w:tcW w:type="dxa" w:w="1597"/>
          </w:tcPr>
          <w:p/>
        </w:tc>
      </w:tr>
      <w:tr>
        <w:tc>
          <w:tcPr>
            <w:tcW w:type="dxa" w:w="3834"/>
          </w:tcPr>
          <w:p>
            <w:r>
              <w:rPr>
                <w:b/>
                <w:sz w:val="18"/>
              </w:rPr>
              <w:t>Weekly total</w:t>
            </w:r>
          </w:p>
        </w:tc>
        <w:tc>
          <w:tcPr>
            <w:tcW w:type="dxa" w:w="2236"/>
          </w:tcPr>
          <w:p/>
        </w:tc>
        <w:tc>
          <w:tcPr>
            <w:tcW w:type="dxa" w:w="2556"/>
          </w:tcPr>
          <w:p/>
        </w:tc>
        <w:tc>
          <w:tcPr>
            <w:tcW w:type="dxa" w:w="1597"/>
          </w:tcPr>
          <w:p/>
        </w:tc>
      </w:tr>
    </w:tbl>
    <w:p>
      <w:pPr>
        <w:spacing w:after="40"/>
      </w:pPr>
    </w:p>
    <w:p>
      <w:pPr>
        <w:spacing w:after="80"/>
      </w:pPr>
      <w:r>
        <w:rPr>
          <w:b/>
        </w:rPr>
        <w:t>Compensation:</w:t>
      </w:r>
      <w:r>
        <w:rPr/>
        <w:t xml:space="preserve"> ☐ Paid, hourly rate: ______ ☐ Unpaid ☐ Stipend: ____________</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FFF6E0"/>
          </w:tcPr>
          <w:p>
            <w:r>
              <w:rPr>
                <w:b/>
                <w:sz w:val="18"/>
              </w:rPr>
              <w:t>DISTRICT/LEGAL REVIEW:</w:t>
            </w:r>
            <w:r>
              <w:rPr>
                <w:sz w:val="18"/>
              </w:rPr>
              <w:t xml:space="preserve"> Paid vs. unpaid status has legal implications. For unpaid placements with for-profit employers, review the U.S. Department of Labor's Fact Sheet #71 (Internship Programs Under the FLSA) with your district.</w:t>
            </w:r>
          </w:p>
        </w:tc>
      </w:tr>
    </w:tbl>
    <w:p>
      <w:pPr>
        <w:spacing w:after="40"/>
      </w:pPr>
    </w:p>
    <w:p>
      <w:pPr>
        <w:spacing w:after="80"/>
      </w:pPr>
      <w:r>
        <w:rPr>
          <w:b/>
        </w:rPr>
        <w:t>Transportation to and from the worksite is provided by:</w:t>
      </w:r>
      <w:r>
        <w:rPr/>
        <w:t xml:space="preserve"> ☐ Student ☐ Parent/guardian ☐ School ☐ Employer</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FFF6E0"/>
          </w:tcPr>
          <w:p>
            <w:r>
              <w:rPr>
                <w:b/>
                <w:sz w:val="18"/>
              </w:rPr>
              <w:t>DISTRICT/LEGAL REVIEW:</w:t>
            </w:r>
            <w:r>
              <w:rPr>
                <w:sz w:val="18"/>
              </w:rPr>
              <w:t xml:space="preserve"> Confirm liability for each transportation option with your district.</w:t>
            </w:r>
          </w:p>
        </w:tc>
      </w:tr>
    </w:tbl>
    <w:p>
      <w:pPr>
        <w:spacing w:after="40"/>
      </w:pPr>
    </w:p>
    <w:p>
      <w:pPr>
        <w:pStyle w:val="Heading2"/>
      </w:pPr>
      <w:r>
        <w:rPr>
          <w:rFonts w:ascii="Arial" w:hAnsi="Arial"/>
          <w:color w:val="0C3B34"/>
        </w:rPr>
        <w:t>Section E – Training Plan / Learning Objectives</w:t>
      </w:r>
    </w:p>
    <w:p>
      <w:pPr>
        <w:spacing w:after="80"/>
      </w:pPr>
      <w:r>
        <w:rPr/>
        <w:t>List 5–8 learning objectives agreed on by the supervisor and coordinator. Write each one as a competency the student will demonstrate, not only a task. The last column is optional; use it to align objectives to graduation competencies or standards (see the WBL Competency Mapping Template).</w:t>
      </w:r>
    </w:p>
    <w:p>
      <w:pPr>
        <w:spacing w:after="80"/>
      </w:pPr>
      <w:r>
        <w:rPr>
          <w:b/>
        </w:rPr>
        <w:t>Proficiency levels:</w:t>
      </w:r>
      <w:r>
        <w:rPr/>
        <w:t xml:space="preserve"> Intro = first exposure, needs step-by-step direction · Developing = can do it with regular guidance · Proficient = can do it independently and reliably</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336"/>
        <w:gridCol w:w="1824"/>
        <w:gridCol w:w="1824"/>
        <w:gridCol w:w="1008"/>
        <w:gridCol w:w="1584"/>
        <w:gridCol w:w="1824"/>
        <w:gridCol w:w="1824"/>
      </w:tblGrid>
      <w:tr>
        <w:tc>
          <w:tcPr>
            <w:tcW w:type="dxa" w:w="336"/>
            <w:shd w:val="clear" w:color="auto" w:fill="EEF4F1"/>
          </w:tcPr>
          <w:p>
            <w:r>
              <w:rPr>
                <w:b/>
                <w:sz w:val="18"/>
              </w:rPr>
              <w:t>#</w:t>
            </w:r>
          </w:p>
        </w:tc>
        <w:tc>
          <w:tcPr>
            <w:tcW w:type="dxa" w:w="1824"/>
            <w:shd w:val="clear" w:color="auto" w:fill="EEF4F1"/>
          </w:tcPr>
          <w:p>
            <w:r>
              <w:rPr>
                <w:b/>
                <w:sz w:val="18"/>
              </w:rPr>
              <w:t>Learning objective or competency</w:t>
            </w:r>
          </w:p>
        </w:tc>
        <w:tc>
          <w:tcPr>
            <w:tcW w:type="dxa" w:w="1824"/>
            <w:shd w:val="clear" w:color="auto" w:fill="EEF4F1"/>
          </w:tcPr>
          <w:p>
            <w:r>
              <w:rPr>
                <w:b/>
                <w:sz w:val="18"/>
              </w:rPr>
              <w:t>Tasks / activities</w:t>
            </w:r>
          </w:p>
        </w:tc>
        <w:tc>
          <w:tcPr>
            <w:tcW w:type="dxa" w:w="1008"/>
            <w:shd w:val="clear" w:color="auto" w:fill="EEF4F1"/>
          </w:tcPr>
          <w:p>
            <w:r>
              <w:rPr>
                <w:b/>
                <w:sz w:val="18"/>
              </w:rPr>
              <w:t>Where / when</w:t>
            </w:r>
          </w:p>
        </w:tc>
        <w:tc>
          <w:tcPr>
            <w:tcW w:type="dxa" w:w="1584"/>
            <w:shd w:val="clear" w:color="auto" w:fill="EEF4F1"/>
          </w:tcPr>
          <w:p>
            <w:r>
              <w:rPr>
                <w:b/>
                <w:sz w:val="18"/>
              </w:rPr>
              <w:t>Expected proficiency</w:t>
            </w:r>
          </w:p>
        </w:tc>
        <w:tc>
          <w:tcPr>
            <w:tcW w:type="dxa" w:w="1824"/>
            <w:shd w:val="clear" w:color="auto" w:fill="EEF4F1"/>
          </w:tcPr>
          <w:p>
            <w:r>
              <w:rPr>
                <w:b/>
                <w:sz w:val="18"/>
              </w:rPr>
              <w:t>How it will be evaluated</w:t>
            </w:r>
          </w:p>
        </w:tc>
        <w:tc>
          <w:tcPr>
            <w:tcW w:type="dxa" w:w="1824"/>
            <w:shd w:val="clear" w:color="auto" w:fill="EEF4F1"/>
          </w:tcPr>
          <w:p>
            <w:r>
              <w:rPr>
                <w:b/>
                <w:sz w:val="18"/>
              </w:rPr>
              <w:t>Graduation competency / standard (optional)</w:t>
            </w:r>
          </w:p>
        </w:tc>
      </w:tr>
      <w:tr>
        <w:tc>
          <w:tcPr>
            <w:tcW w:type="dxa" w:w="336"/>
          </w:tcPr>
          <w:p>
            <w:r>
              <w:rPr>
                <w:sz w:val="18"/>
              </w:rPr>
              <w:t>Example</w:t>
            </w:r>
          </w:p>
        </w:tc>
        <w:tc>
          <w:tcPr>
            <w:tcW w:type="dxa" w:w="1824"/>
          </w:tcPr>
          <w:p>
            <w:r>
              <w:rPr>
                <w:sz w:val="18"/>
              </w:rPr>
              <w:t>Demonstrates critical thinking through safe tool selection and operation</w:t>
            </w:r>
          </w:p>
        </w:tc>
        <w:tc>
          <w:tcPr>
            <w:tcW w:type="dxa" w:w="1824"/>
          </w:tcPr>
          <w:p>
            <w:r>
              <w:rPr>
                <w:sz w:val="18"/>
              </w:rPr>
              <w:t>Select and operate the band saw safely; identify wood grain before cutting</w:t>
            </w:r>
          </w:p>
        </w:tc>
        <w:tc>
          <w:tcPr>
            <w:tcW w:type="dxa" w:w="1008"/>
          </w:tcPr>
          <w:p>
            <w:r>
              <w:rPr>
                <w:sz w:val="18"/>
              </w:rPr>
              <w:t>Shop floor, weeks 1–4</w:t>
            </w:r>
          </w:p>
        </w:tc>
        <w:tc>
          <w:tcPr>
            <w:tcW w:type="dxa" w:w="1584"/>
          </w:tcPr>
          <w:p>
            <w:r>
              <w:rPr>
                <w:sz w:val="18"/>
              </w:rPr>
              <w:t>☐ Intro ☐ Developing ☑ Proficient</w:t>
            </w:r>
          </w:p>
        </w:tc>
        <w:tc>
          <w:tcPr>
            <w:tcW w:type="dxa" w:w="1824"/>
          </w:tcPr>
          <w:p>
            <w:r>
              <w:rPr>
                <w:sz w:val="18"/>
              </w:rPr>
              <w:t>Supervisor observation; employer evaluation Section B</w:t>
            </w:r>
          </w:p>
        </w:tc>
        <w:tc>
          <w:tcPr>
            <w:tcW w:type="dxa" w:w="1824"/>
          </w:tcPr>
          <w:p>
            <w:r>
              <w:rPr>
                <w:sz w:val="18"/>
                <w:highlight w:val="yellow"/>
              </w:rPr>
              <w:t>[EDIT: e.g., Critical thinking]</w:t>
            </w:r>
          </w:p>
        </w:tc>
      </w:tr>
      <w:tr>
        <w:tc>
          <w:tcPr>
            <w:tcW w:type="dxa" w:w="336"/>
          </w:tcPr>
          <w:p>
            <w:r>
              <w:rPr>
                <w:sz w:val="18"/>
              </w:rPr>
              <w:t>1</w:t>
            </w:r>
          </w:p>
        </w:tc>
        <w:tc>
          <w:tcPr>
            <w:tcW w:type="dxa" w:w="1824"/>
          </w:tcPr>
          <w:p/>
        </w:tc>
        <w:tc>
          <w:tcPr>
            <w:tcW w:type="dxa" w:w="1824"/>
          </w:tcPr>
          <w:p/>
        </w:tc>
        <w:tc>
          <w:tcPr>
            <w:tcW w:type="dxa" w:w="1008"/>
          </w:tcPr>
          <w:p/>
        </w:tc>
        <w:tc>
          <w:tcPr>
            <w:tcW w:type="dxa" w:w="1584"/>
          </w:tcPr>
          <w:p>
            <w:r>
              <w:rPr>
                <w:sz w:val="18"/>
              </w:rPr>
              <w:t>☐ Intro ☐ Developing ☐ Proficient</w:t>
            </w:r>
          </w:p>
        </w:tc>
        <w:tc>
          <w:tcPr>
            <w:tcW w:type="dxa" w:w="1824"/>
          </w:tcPr>
          <w:p/>
        </w:tc>
        <w:tc>
          <w:tcPr>
            <w:tcW w:type="dxa" w:w="1824"/>
          </w:tcPr>
          <w:p/>
        </w:tc>
      </w:tr>
      <w:tr>
        <w:tc>
          <w:tcPr>
            <w:tcW w:type="dxa" w:w="336"/>
          </w:tcPr>
          <w:p>
            <w:r>
              <w:rPr>
                <w:sz w:val="18"/>
              </w:rPr>
              <w:t>2</w:t>
            </w:r>
          </w:p>
        </w:tc>
        <w:tc>
          <w:tcPr>
            <w:tcW w:type="dxa" w:w="1824"/>
          </w:tcPr>
          <w:p/>
        </w:tc>
        <w:tc>
          <w:tcPr>
            <w:tcW w:type="dxa" w:w="1824"/>
          </w:tcPr>
          <w:p/>
        </w:tc>
        <w:tc>
          <w:tcPr>
            <w:tcW w:type="dxa" w:w="1008"/>
          </w:tcPr>
          <w:p/>
        </w:tc>
        <w:tc>
          <w:tcPr>
            <w:tcW w:type="dxa" w:w="1584"/>
          </w:tcPr>
          <w:p>
            <w:r>
              <w:rPr>
                <w:sz w:val="18"/>
              </w:rPr>
              <w:t>☐ Intro ☐ Developing ☐ Proficient</w:t>
            </w:r>
          </w:p>
        </w:tc>
        <w:tc>
          <w:tcPr>
            <w:tcW w:type="dxa" w:w="1824"/>
          </w:tcPr>
          <w:p/>
        </w:tc>
        <w:tc>
          <w:tcPr>
            <w:tcW w:type="dxa" w:w="1824"/>
          </w:tcPr>
          <w:p/>
        </w:tc>
      </w:tr>
      <w:tr>
        <w:tc>
          <w:tcPr>
            <w:tcW w:type="dxa" w:w="336"/>
          </w:tcPr>
          <w:p>
            <w:r>
              <w:rPr>
                <w:sz w:val="18"/>
              </w:rPr>
              <w:t>3</w:t>
            </w:r>
          </w:p>
        </w:tc>
        <w:tc>
          <w:tcPr>
            <w:tcW w:type="dxa" w:w="1824"/>
          </w:tcPr>
          <w:p/>
        </w:tc>
        <w:tc>
          <w:tcPr>
            <w:tcW w:type="dxa" w:w="1824"/>
          </w:tcPr>
          <w:p/>
        </w:tc>
        <w:tc>
          <w:tcPr>
            <w:tcW w:type="dxa" w:w="1008"/>
          </w:tcPr>
          <w:p/>
        </w:tc>
        <w:tc>
          <w:tcPr>
            <w:tcW w:type="dxa" w:w="1584"/>
          </w:tcPr>
          <w:p>
            <w:r>
              <w:rPr>
                <w:sz w:val="18"/>
              </w:rPr>
              <w:t>☐ Intro ☐ Developing ☐ Proficient</w:t>
            </w:r>
          </w:p>
        </w:tc>
        <w:tc>
          <w:tcPr>
            <w:tcW w:type="dxa" w:w="1824"/>
          </w:tcPr>
          <w:p/>
        </w:tc>
        <w:tc>
          <w:tcPr>
            <w:tcW w:type="dxa" w:w="1824"/>
          </w:tcPr>
          <w:p/>
        </w:tc>
      </w:tr>
      <w:tr>
        <w:tc>
          <w:tcPr>
            <w:tcW w:type="dxa" w:w="336"/>
          </w:tcPr>
          <w:p>
            <w:r>
              <w:rPr>
                <w:sz w:val="18"/>
              </w:rPr>
              <w:t>4</w:t>
            </w:r>
          </w:p>
        </w:tc>
        <w:tc>
          <w:tcPr>
            <w:tcW w:type="dxa" w:w="1824"/>
          </w:tcPr>
          <w:p/>
        </w:tc>
        <w:tc>
          <w:tcPr>
            <w:tcW w:type="dxa" w:w="1824"/>
          </w:tcPr>
          <w:p/>
        </w:tc>
        <w:tc>
          <w:tcPr>
            <w:tcW w:type="dxa" w:w="1008"/>
          </w:tcPr>
          <w:p/>
        </w:tc>
        <w:tc>
          <w:tcPr>
            <w:tcW w:type="dxa" w:w="1584"/>
          </w:tcPr>
          <w:p>
            <w:r>
              <w:rPr>
                <w:sz w:val="18"/>
              </w:rPr>
              <w:t>☐ Intro ☐ Developing ☐ Proficient</w:t>
            </w:r>
          </w:p>
        </w:tc>
        <w:tc>
          <w:tcPr>
            <w:tcW w:type="dxa" w:w="1824"/>
          </w:tcPr>
          <w:p/>
        </w:tc>
        <w:tc>
          <w:tcPr>
            <w:tcW w:type="dxa" w:w="1824"/>
          </w:tcPr>
          <w:p/>
        </w:tc>
      </w:tr>
      <w:tr>
        <w:tc>
          <w:tcPr>
            <w:tcW w:type="dxa" w:w="336"/>
          </w:tcPr>
          <w:p>
            <w:r>
              <w:rPr>
                <w:sz w:val="18"/>
              </w:rPr>
              <w:t>5</w:t>
            </w:r>
          </w:p>
        </w:tc>
        <w:tc>
          <w:tcPr>
            <w:tcW w:type="dxa" w:w="1824"/>
          </w:tcPr>
          <w:p/>
        </w:tc>
        <w:tc>
          <w:tcPr>
            <w:tcW w:type="dxa" w:w="1824"/>
          </w:tcPr>
          <w:p/>
        </w:tc>
        <w:tc>
          <w:tcPr>
            <w:tcW w:type="dxa" w:w="1008"/>
          </w:tcPr>
          <w:p/>
        </w:tc>
        <w:tc>
          <w:tcPr>
            <w:tcW w:type="dxa" w:w="1584"/>
          </w:tcPr>
          <w:p>
            <w:r>
              <w:rPr>
                <w:sz w:val="18"/>
              </w:rPr>
              <w:t>☐ Intro ☐ Developing ☐ Proficient</w:t>
            </w:r>
          </w:p>
        </w:tc>
        <w:tc>
          <w:tcPr>
            <w:tcW w:type="dxa" w:w="1824"/>
          </w:tcPr>
          <w:p/>
        </w:tc>
        <w:tc>
          <w:tcPr>
            <w:tcW w:type="dxa" w:w="1824"/>
          </w:tcPr>
          <w:p/>
        </w:tc>
      </w:tr>
      <w:tr>
        <w:tc>
          <w:tcPr>
            <w:tcW w:type="dxa" w:w="336"/>
          </w:tcPr>
          <w:p>
            <w:r>
              <w:rPr>
                <w:sz w:val="18"/>
              </w:rPr>
              <w:t>6</w:t>
            </w:r>
          </w:p>
        </w:tc>
        <w:tc>
          <w:tcPr>
            <w:tcW w:type="dxa" w:w="1824"/>
          </w:tcPr>
          <w:p/>
        </w:tc>
        <w:tc>
          <w:tcPr>
            <w:tcW w:type="dxa" w:w="1824"/>
          </w:tcPr>
          <w:p/>
        </w:tc>
        <w:tc>
          <w:tcPr>
            <w:tcW w:type="dxa" w:w="1008"/>
          </w:tcPr>
          <w:p/>
        </w:tc>
        <w:tc>
          <w:tcPr>
            <w:tcW w:type="dxa" w:w="1584"/>
          </w:tcPr>
          <w:p>
            <w:r>
              <w:rPr>
                <w:sz w:val="18"/>
              </w:rPr>
              <w:t>☐ Intro ☐ Developing ☐ Proficient</w:t>
            </w:r>
          </w:p>
        </w:tc>
        <w:tc>
          <w:tcPr>
            <w:tcW w:type="dxa" w:w="1824"/>
          </w:tcPr>
          <w:p/>
        </w:tc>
        <w:tc>
          <w:tcPr>
            <w:tcW w:type="dxa" w:w="1824"/>
          </w:tcPr>
          <w:p/>
        </w:tc>
      </w:tr>
      <w:tr>
        <w:tc>
          <w:tcPr>
            <w:tcW w:type="dxa" w:w="336"/>
          </w:tcPr>
          <w:p>
            <w:r>
              <w:rPr>
                <w:sz w:val="18"/>
              </w:rPr>
              <w:t>7</w:t>
            </w:r>
          </w:p>
        </w:tc>
        <w:tc>
          <w:tcPr>
            <w:tcW w:type="dxa" w:w="1824"/>
          </w:tcPr>
          <w:p/>
        </w:tc>
        <w:tc>
          <w:tcPr>
            <w:tcW w:type="dxa" w:w="1824"/>
          </w:tcPr>
          <w:p/>
        </w:tc>
        <w:tc>
          <w:tcPr>
            <w:tcW w:type="dxa" w:w="1008"/>
          </w:tcPr>
          <w:p/>
        </w:tc>
        <w:tc>
          <w:tcPr>
            <w:tcW w:type="dxa" w:w="1584"/>
          </w:tcPr>
          <w:p>
            <w:r>
              <w:rPr>
                <w:sz w:val="18"/>
              </w:rPr>
              <w:t>☐ Intro ☐ Developing ☐ Proficient</w:t>
            </w:r>
          </w:p>
        </w:tc>
        <w:tc>
          <w:tcPr>
            <w:tcW w:type="dxa" w:w="1824"/>
          </w:tcPr>
          <w:p/>
        </w:tc>
        <w:tc>
          <w:tcPr>
            <w:tcW w:type="dxa" w:w="1824"/>
          </w:tcPr>
          <w:p/>
        </w:tc>
      </w:tr>
      <w:tr>
        <w:tc>
          <w:tcPr>
            <w:tcW w:type="dxa" w:w="336"/>
          </w:tcPr>
          <w:p>
            <w:r>
              <w:rPr>
                <w:sz w:val="18"/>
              </w:rPr>
              <w:t>8</w:t>
            </w:r>
          </w:p>
        </w:tc>
        <w:tc>
          <w:tcPr>
            <w:tcW w:type="dxa" w:w="1824"/>
          </w:tcPr>
          <w:p/>
        </w:tc>
        <w:tc>
          <w:tcPr>
            <w:tcW w:type="dxa" w:w="1824"/>
          </w:tcPr>
          <w:p/>
        </w:tc>
        <w:tc>
          <w:tcPr>
            <w:tcW w:type="dxa" w:w="1008"/>
          </w:tcPr>
          <w:p/>
        </w:tc>
        <w:tc>
          <w:tcPr>
            <w:tcW w:type="dxa" w:w="1584"/>
          </w:tcPr>
          <w:p>
            <w:r>
              <w:rPr>
                <w:sz w:val="18"/>
              </w:rPr>
              <w:t>☐ Intro ☐ Developing ☐ Proficient</w:t>
            </w:r>
          </w:p>
        </w:tc>
        <w:tc>
          <w:tcPr>
            <w:tcW w:type="dxa" w:w="1824"/>
          </w:tcPr>
          <w:p/>
        </w:tc>
        <w:tc>
          <w:tcPr>
            <w:tcW w:type="dxa" w:w="1824"/>
          </w:tcPr>
          <w:p/>
        </w:tc>
      </w:tr>
    </w:tbl>
    <w:p>
      <w:pPr>
        <w:spacing w:after="40"/>
      </w:pPr>
    </w:p>
    <w:p>
      <w:pPr>
        <w:pStyle w:val="Heading2"/>
      </w:pPr>
      <w:r>
        <w:rPr>
          <w:rFonts w:ascii="Arial" w:hAnsi="Arial"/>
          <w:color w:val="0C3B34"/>
        </w:rPr>
        <w:t>Section F – Safety</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6266"/>
        <w:gridCol w:w="3957"/>
      </w:tblGrid>
      <w:tr>
        <w:tc>
          <w:tcPr>
            <w:tcW w:type="dxa" w:w="6266"/>
            <w:shd w:val="clear" w:color="auto" w:fill="EEF4F1"/>
          </w:tcPr>
          <w:p>
            <w:r>
              <w:rPr>
                <w:b/>
                <w:sz w:val="18"/>
              </w:rPr>
              <w:t>Field</w:t>
            </w:r>
          </w:p>
        </w:tc>
        <w:tc>
          <w:tcPr>
            <w:tcW w:type="dxa" w:w="3958"/>
            <w:shd w:val="clear" w:color="auto" w:fill="EEF4F1"/>
          </w:tcPr>
          <w:p>
            <w:r>
              <w:rPr>
                <w:b/>
                <w:sz w:val="18"/>
              </w:rPr>
              <w:t>Entry</w:t>
            </w:r>
          </w:p>
        </w:tc>
      </w:tr>
      <w:tr>
        <w:tc>
          <w:tcPr>
            <w:tcW w:type="dxa" w:w="6266"/>
          </w:tcPr>
          <w:p>
            <w:r>
              <w:rPr>
                <w:sz w:val="18"/>
              </w:rPr>
              <w:t>Safety orientation completed on (date)</w:t>
            </w:r>
          </w:p>
        </w:tc>
        <w:tc>
          <w:tcPr>
            <w:tcW w:type="dxa" w:w="3958"/>
          </w:tcPr>
          <w:p>
            <w:r>
              <w:rPr>
                <w:sz w:val="18"/>
              </w:rPr>
              <w:t>____ / ____ / ________</w:t>
            </w:r>
          </w:p>
        </w:tc>
      </w:tr>
      <w:tr>
        <w:tc>
          <w:tcPr>
            <w:tcW w:type="dxa" w:w="6266"/>
          </w:tcPr>
          <w:p>
            <w:r>
              <w:rPr>
                <w:sz w:val="18"/>
              </w:rPr>
              <w:t>Safety orientation given by (name, title)</w:t>
            </w:r>
          </w:p>
        </w:tc>
        <w:tc>
          <w:tcPr>
            <w:tcW w:type="dxa" w:w="3958"/>
          </w:tcPr>
          <w:p>
            <w:r>
              <w:rPr>
                <w:sz w:val="18"/>
              </w:rPr>
              <w:t>________________________</w:t>
            </w:r>
          </w:p>
        </w:tc>
      </w:tr>
      <w:tr>
        <w:tc>
          <w:tcPr>
            <w:tcW w:type="dxa" w:w="6266"/>
          </w:tcPr>
          <w:p>
            <w:r>
              <w:rPr>
                <w:sz w:val="18"/>
              </w:rPr>
              <w:t>Required PPE</w:t>
            </w:r>
          </w:p>
        </w:tc>
        <w:tc>
          <w:tcPr>
            <w:tcW w:type="dxa" w:w="3958"/>
          </w:tcPr>
          <w:p>
            <w:r>
              <w:rPr>
                <w:sz w:val="18"/>
              </w:rPr>
              <w:t>________________________</w:t>
            </w:r>
          </w:p>
        </w:tc>
      </w:tr>
      <w:tr>
        <w:tc>
          <w:tcPr>
            <w:tcW w:type="dxa" w:w="6266"/>
          </w:tcPr>
          <w:p>
            <w:r>
              <w:rPr>
                <w:sz w:val="18"/>
              </w:rPr>
              <w:t>Required safety training</w:t>
            </w:r>
          </w:p>
        </w:tc>
        <w:tc>
          <w:tcPr>
            <w:tcW w:type="dxa" w:w="3958"/>
          </w:tcPr>
          <w:p>
            <w:r>
              <w:rPr>
                <w:sz w:val="18"/>
              </w:rPr>
              <w:t>________________________</w:t>
            </w:r>
          </w:p>
        </w:tc>
      </w:tr>
    </w:tbl>
    <w:p>
      <w:pPr>
        <w:spacing w:after="40"/>
      </w:pPr>
    </w:p>
    <w:p>
      <w:pPr>
        <w:spacing w:after="80"/>
      </w:pPr>
      <w:r>
        <w:rPr/>
        <w:t>☐ The employer confirms that the student's assigned tasks comply with federal and state child-labor rules, including hazardous-occupation restrictions for workers under 18.</w:t>
      </w:r>
    </w:p>
    <w:p>
      <w:pPr>
        <w:spacing w:after="80"/>
      </w:pPr>
      <w:r>
        <w:rPr/>
        <w:t>☐ A work permit / age certificate is on file, where required by state law. ☐ Not required for this placement.</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FFF6E0"/>
          </w:tcPr>
          <w:p>
            <w:r>
              <w:rPr>
                <w:b/>
                <w:sz w:val="18"/>
              </w:rPr>
              <w:t>DISTRICT/LEGAL REVIEW:</w:t>
            </w:r>
            <w:r>
              <w:rPr>
                <w:sz w:val="18"/>
              </w:rPr>
              <w:t xml:space="preserve"> Child-labor hour limits and hazardous-occupation rules depend on the student's age and your state. Work-permit rules are state-specific. Confirm both with your district before signing.</w:t>
            </w:r>
          </w:p>
        </w:tc>
      </w:tr>
    </w:tbl>
    <w:p>
      <w:pPr>
        <w:spacing w:after="40"/>
      </w:pPr>
    </w:p>
    <w:p>
      <w:pPr>
        <w:spacing w:after="80"/>
      </w:pPr>
      <w:r>
        <w:rPr>
          <w:b/>
        </w:rPr>
        <w:t>Incident and injury reporting.</w:t>
      </w:r>
      <w:r>
        <w:rPr/>
        <w:t xml:space="preserve"> If the student is injured or involved in an incident at the worksite:</w:t>
      </w:r>
    </w:p>
    <w:p>
      <w:pPr>
        <w:pStyle w:val="ListNumber"/>
        <w:spacing w:after="20"/>
      </w:pPr>
      <w:r>
        <w:rPr/>
        <w:t>Provide or get first aid / emergency care as needed.</w:t>
      </w:r>
    </w:p>
    <w:p>
      <w:pPr>
        <w:pStyle w:val="ListNumber"/>
        <w:spacing w:after="20"/>
      </w:pPr>
      <w:r>
        <w:rPr/>
        <w:t>Notify the parent/guardian.</w:t>
      </w:r>
    </w:p>
    <w:p>
      <w:pPr>
        <w:pStyle w:val="ListNumber"/>
        <w:spacing w:after="20"/>
      </w:pPr>
      <w:r>
        <w:rPr/>
        <w:t xml:space="preserve">Notify the WBL coordinator the same day: </w:t>
      </w:r>
      <w:r>
        <w:rPr>
          <w:highlight w:val="yellow"/>
        </w:rPr>
        <w:t>[Coordinator Name]</w:t>
      </w:r>
      <w:r>
        <w:rPr/>
        <w:t xml:space="preserve">, </w:t>
      </w:r>
      <w:r>
        <w:rPr>
          <w:highlight w:val="yellow"/>
        </w:rPr>
        <w:t>[Coordinator Phone]</w:t>
      </w:r>
      <w:r>
        <w:rPr/>
        <w:t>.</w:t>
      </w:r>
    </w:p>
    <w:p>
      <w:pPr>
        <w:pStyle w:val="ListNumber"/>
        <w:spacing w:after="20"/>
      </w:pPr>
      <w:r>
        <w:rPr/>
        <w:t>Complete the employer's incident report and send a copy to the coordinator.</w:t>
      </w:r>
      <w:r>
        <w:br/>
      </w:r>
      <w:r>
        <w:rPr>
          <w:highlight w:val="yellow"/>
        </w:rPr>
        <w:t>[EDIT: add your district's incident procedure and form.]</w:t>
      </w:r>
    </w:p>
    <w:p>
      <w:pPr>
        <w:pStyle w:val="Heading2"/>
      </w:pPr>
      <w:r>
        <w:rPr>
          <w:rFonts w:ascii="Arial" w:hAnsi="Arial"/>
          <w:color w:val="0C3B34"/>
        </w:rPr>
        <w:t>Section G – Insurance and Liability</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FFF6E0"/>
          </w:tcPr>
          <w:p>
            <w:r>
              <w:rPr>
                <w:b/>
                <w:sz w:val="18"/>
              </w:rPr>
              <w:t>DISTRICT/LEGAL REVIEW REQUIRED:</w:t>
            </w:r>
            <w:r>
              <w:rPr>
                <w:sz w:val="18"/>
              </w:rPr>
              <w:t xml:space="preserve"> Workers' compensation responsibility can depend on state law, district policy, and whether the placement is paid. Complete this section only with your district's guidance.</w:t>
            </w:r>
          </w:p>
        </w:tc>
      </w:tr>
    </w:tbl>
    <w:p>
      <w:pPr>
        <w:spacing w:after="40"/>
      </w:pPr>
    </w:p>
    <w:p>
      <w:pPr>
        <w:spacing w:after="80"/>
      </w:pPr>
      <w:r>
        <w:rPr>
          <w:b/>
        </w:rPr>
        <w:t>Workers' compensation coverage is provided by:</w:t>
      </w:r>
      <w:r>
        <w:rPr/>
        <w:t xml:space="preserve"> ☐ Employer ☐ School/district ☐ N/A (explain): ____________________</w:t>
      </w:r>
      <w:r>
        <w:br/>
      </w:r>
      <w:r>
        <w:rPr>
          <w:highlight w:val="yellow"/>
        </w:rPr>
        <w:t>[EDIT: per state law and district policy]</w:t>
      </w:r>
    </w:p>
    <w:p>
      <w:pPr>
        <w:spacing w:after="80"/>
      </w:pPr>
      <w:r>
        <w:rPr/>
        <w:t>☐ Employer general liability insurance certificate is on file with the school.</w:t>
      </w:r>
    </w:p>
    <w:p>
      <w:pPr>
        <w:spacing w:after="80"/>
      </w:pPr>
      <w:r>
        <w:rPr>
          <w:b/>
        </w:rPr>
        <w:t>Supervisor background check required?</w:t>
      </w:r>
      <w:r>
        <w:rPr/>
        <w:t xml:space="preserve"> ☐ Yes ☐ No (per district policy) Completed on: ____ / ____ / ________</w:t>
      </w:r>
    </w:p>
    <w:p>
      <w:pPr>
        <w:pStyle w:val="Heading2"/>
      </w:pPr>
      <w:r>
        <w:rPr>
          <w:rFonts w:ascii="Arial" w:hAnsi="Arial"/>
          <w:color w:val="0C3B34"/>
        </w:rPr>
        <w:t>Section H – Responsibilities</w:t>
      </w:r>
    </w:p>
    <w:p>
      <w:pPr>
        <w:spacing w:after="80"/>
      </w:pPr>
      <w:r>
        <w:rPr>
          <w:highlight w:val="yellow"/>
        </w:rPr>
        <w:t>[EDIT: adjust these lists to your district's policy.]</w:t>
      </w:r>
    </w:p>
    <w:p>
      <w:pPr>
        <w:spacing w:after="80"/>
      </w:pPr>
      <w:r>
        <w:rPr>
          <w:b/>
        </w:rPr>
        <w:t>All parties agree that:</w:t>
      </w:r>
    </w:p>
    <w:p>
      <w:pPr>
        <w:pStyle w:val="ListBullet"/>
        <w:spacing w:after="20"/>
      </w:pPr>
      <w:r>
        <w:rPr/>
        <w:t>The primary purpose of this placement is educational.</w:t>
      </w:r>
    </w:p>
    <w:p>
      <w:pPr>
        <w:pStyle w:val="ListBullet"/>
        <w:spacing w:after="20"/>
      </w:pPr>
      <w:r>
        <w:rPr/>
        <w:t>Learning objectives are set jointly by the supervisor, coordinator, and student.</w:t>
      </w:r>
    </w:p>
    <w:p>
      <w:pPr>
        <w:pStyle w:val="ListBullet"/>
        <w:spacing w:after="20"/>
      </w:pPr>
      <w:r>
        <w:rPr/>
        <w:t>Concerns about the placement go to the WBL coordinator.</w:t>
      </w:r>
    </w:p>
    <w:p>
      <w:pPr>
        <w:spacing w:after="80"/>
      </w:pPr>
      <w:r>
        <w:rPr>
          <w:b/>
        </w:rPr>
        <w:t>The student will:</w:t>
      </w:r>
    </w:p>
    <w:p>
      <w:pPr>
        <w:pStyle w:val="ListBullet"/>
        <w:spacing w:after="20"/>
      </w:pPr>
      <w:r>
        <w:rPr/>
        <w:t>Attend as scheduled and arrive on time.</w:t>
      </w:r>
    </w:p>
    <w:p>
      <w:pPr>
        <w:pStyle w:val="ListBullet"/>
        <w:spacing w:after="20"/>
      </w:pPr>
      <w:r>
        <w:rPr/>
        <w:t>Notify both the worksite supervisor and the WBL coordinator before any absence.</w:t>
      </w:r>
    </w:p>
    <w:p>
      <w:pPr>
        <w:pStyle w:val="ListBullet"/>
        <w:spacing w:after="20"/>
      </w:pPr>
      <w:r>
        <w:rPr/>
        <w:t>Follow workplace rules, safety procedures, and the school code of conduct.</w:t>
      </w:r>
    </w:p>
    <w:p>
      <w:pPr>
        <w:pStyle w:val="ListBullet"/>
        <w:spacing w:after="20"/>
      </w:pPr>
      <w:r>
        <w:rPr/>
        <w:t>Submit timesheets by the deadline in Section I.</w:t>
      </w:r>
    </w:p>
    <w:p>
      <w:pPr>
        <w:pStyle w:val="ListBullet"/>
        <w:spacing w:after="20"/>
      </w:pPr>
      <w:r>
        <w:rPr/>
        <w:t>Complete required reflections and assignments.</w:t>
      </w:r>
    </w:p>
    <w:p>
      <w:pPr>
        <w:spacing w:after="80"/>
      </w:pPr>
      <w:r>
        <w:rPr>
          <w:b/>
        </w:rPr>
        <w:t>The parent/guardian will:</w:t>
      </w:r>
    </w:p>
    <w:p>
      <w:pPr>
        <w:pStyle w:val="ListBullet"/>
        <w:spacing w:after="20"/>
      </w:pPr>
      <w:r>
        <w:rPr/>
        <w:t>Give consent for the student to take part in this placement.</w:t>
      </w:r>
    </w:p>
    <w:p>
      <w:pPr>
        <w:pStyle w:val="ListBullet"/>
        <w:spacing w:after="20"/>
      </w:pPr>
      <w:r>
        <w:rPr/>
        <w:t>Arrange transportation, if checked in Section D.</w:t>
      </w:r>
    </w:p>
    <w:p>
      <w:pPr>
        <w:pStyle w:val="ListBullet"/>
        <w:spacing w:after="20"/>
      </w:pPr>
      <w:r>
        <w:rPr/>
        <w:t>Support the student's attendance and communication with the school.</w:t>
      </w:r>
    </w:p>
    <w:p>
      <w:pPr>
        <w:spacing w:after="80"/>
      </w:pPr>
      <w:r>
        <w:rPr>
          <w:b/>
        </w:rPr>
        <w:t>The employer / worksite supervisor will:</w:t>
      </w:r>
    </w:p>
    <w:p>
      <w:pPr>
        <w:pStyle w:val="ListBullet"/>
        <w:spacing w:after="20"/>
      </w:pPr>
      <w:r>
        <w:rPr/>
        <w:t>Provide training and supervision for the duties in Section D and the objectives in Section E.</w:t>
      </w:r>
    </w:p>
    <w:p>
      <w:pPr>
        <w:pStyle w:val="ListBullet"/>
        <w:spacing w:after="20"/>
      </w:pPr>
      <w:r>
        <w:rPr/>
        <w:t>Provide a safe workplace and the safety orientation in Section F.</w:t>
      </w:r>
    </w:p>
    <w:p>
      <w:pPr>
        <w:pStyle w:val="ListBullet"/>
        <w:spacing w:after="20"/>
      </w:pPr>
      <w:r>
        <w:rPr/>
        <w:t>Verify the student's hours on each timesheet.</w:t>
      </w:r>
    </w:p>
    <w:p>
      <w:pPr>
        <w:pStyle w:val="ListBullet"/>
        <w:spacing w:after="20"/>
      </w:pPr>
      <w:r>
        <w:rPr/>
        <w:t>Complete the employer evaluation of the student at the midpoint and at the end of the placement.</w:t>
      </w:r>
    </w:p>
    <w:p>
      <w:pPr>
        <w:pStyle w:val="ListBullet"/>
        <w:spacing w:after="20"/>
      </w:pPr>
      <w:r>
        <w:rPr/>
        <w:t>Notify the WBL coordinator promptly about attendance, safety, or conduct concerns.</w:t>
      </w:r>
    </w:p>
    <w:p>
      <w:pPr>
        <w:pStyle w:val="ListBullet"/>
        <w:spacing w:after="20"/>
      </w:pPr>
      <w:r>
        <w:rPr/>
        <w:t>Follow nondiscrimination and anti-harassment requirements and tell the coordinator about any concern a student raises.</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FFF6E0"/>
          </w:tcPr>
          <w:p>
            <w:r>
              <w:rPr>
                <w:b/>
                <w:sz w:val="18"/>
              </w:rPr>
              <w:t>DISTRICT/LEGAL REVIEW:</w:t>
            </w:r>
            <w:r>
              <w:rPr>
                <w:sz w:val="18"/>
              </w:rPr>
              <w:t xml:space="preserve"> Confirm nondiscrimination and harassment-reporting language with your district.</w:t>
            </w:r>
          </w:p>
        </w:tc>
      </w:tr>
    </w:tbl>
    <w:p>
      <w:pPr>
        <w:spacing w:after="40"/>
      </w:pPr>
    </w:p>
    <w:p>
      <w:pPr>
        <w:spacing w:after="80"/>
      </w:pPr>
      <w:r>
        <w:rPr>
          <w:b/>
        </w:rPr>
        <w:t>The school / WBL coordinator will:</w:t>
      </w:r>
    </w:p>
    <w:p>
      <w:pPr>
        <w:pStyle w:val="ListBullet"/>
        <w:spacing w:after="20"/>
      </w:pPr>
      <w:r>
        <w:rPr/>
        <w:t xml:space="preserve">Conduct site visits: </w:t>
      </w:r>
      <w:r>
        <w:rPr>
          <w:highlight w:val="yellow"/>
        </w:rPr>
        <w:t>[EDIT: number]</w:t>
      </w:r>
      <w:r>
        <w:rPr/>
        <w:t xml:space="preserve"> per term.</w:t>
      </w:r>
    </w:p>
    <w:p>
      <w:pPr>
        <w:pStyle w:val="ListBullet"/>
        <w:spacing w:after="20"/>
      </w:pPr>
      <w:r>
        <w:rPr/>
        <w:t>Monitor the student's progress, timesheets, and evaluations.</w:t>
      </w:r>
    </w:p>
    <w:p>
      <w:pPr>
        <w:pStyle w:val="ListBullet"/>
        <w:spacing w:after="20"/>
      </w:pPr>
      <w:r>
        <w:rPr/>
        <w:t>Assign the grade and/or credit.</w:t>
      </w:r>
    </w:p>
    <w:p>
      <w:pPr>
        <w:pStyle w:val="ListBullet"/>
        <w:spacing w:after="20"/>
      </w:pPr>
      <w:r>
        <w:rPr/>
        <w:t>Keep placement records according to state and district policy.</w:t>
      </w:r>
    </w:p>
    <w:p>
      <w:pPr>
        <w:pStyle w:val="Heading2"/>
      </w:pPr>
      <w:r>
        <w:rPr>
          <w:rFonts w:ascii="Arial" w:hAnsi="Arial"/>
          <w:color w:val="0C3B34"/>
        </w:rPr>
        <w:t>Section I – Evaluation and Monitoring Plan</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5112"/>
        <w:gridCol w:w="5112"/>
      </w:tblGrid>
      <w:tr>
        <w:tc>
          <w:tcPr>
            <w:tcW w:type="dxa" w:w="5112"/>
            <w:shd w:val="clear" w:color="auto" w:fill="EEF4F1"/>
          </w:tcPr>
          <w:p>
            <w:r>
              <w:rPr>
                <w:b/>
                <w:sz w:val="18"/>
              </w:rPr>
              <w:t>Item</w:t>
            </w:r>
          </w:p>
        </w:tc>
        <w:tc>
          <w:tcPr>
            <w:tcW w:type="dxa" w:w="5112"/>
            <w:shd w:val="clear" w:color="auto" w:fill="EEF4F1"/>
          </w:tcPr>
          <w:p>
            <w:r>
              <w:rPr>
                <w:b/>
                <w:sz w:val="18"/>
              </w:rPr>
              <w:t>Entry</w:t>
            </w:r>
          </w:p>
        </w:tc>
      </w:tr>
      <w:tr>
        <w:tc>
          <w:tcPr>
            <w:tcW w:type="dxa" w:w="5112"/>
          </w:tcPr>
          <w:p>
            <w:r>
              <w:rPr>
                <w:sz w:val="18"/>
              </w:rPr>
              <w:t>Timesheets due</w:t>
            </w:r>
          </w:p>
        </w:tc>
        <w:tc>
          <w:tcPr>
            <w:tcW w:type="dxa" w:w="5112"/>
          </w:tcPr>
          <w:p>
            <w:r>
              <w:rPr>
                <w:sz w:val="18"/>
              </w:rPr>
              <w:t>☐ Weekly ☐ Biweekly · Due on: ________ (day)</w:t>
            </w:r>
          </w:p>
        </w:tc>
      </w:tr>
      <w:tr>
        <w:tc>
          <w:tcPr>
            <w:tcW w:type="dxa" w:w="5112"/>
          </w:tcPr>
          <w:p>
            <w:r>
              <w:rPr>
                <w:sz w:val="18"/>
              </w:rPr>
              <w:t>How timesheets are submitted</w:t>
            </w:r>
          </w:p>
        </w:tc>
        <w:tc>
          <w:tcPr>
            <w:tcW w:type="dxa" w:w="5112"/>
          </w:tcPr>
          <w:p>
            <w:r>
              <w:rPr>
                <w:sz w:val="18"/>
                <w:highlight w:val="yellow"/>
              </w:rPr>
              <w:t>[EDIT: e.g., email to coordinator, hand in at school]</w:t>
            </w:r>
          </w:p>
        </w:tc>
      </w:tr>
      <w:tr>
        <w:tc>
          <w:tcPr>
            <w:tcW w:type="dxa" w:w="5112"/>
          </w:tcPr>
          <w:p>
            <w:r>
              <w:rPr>
                <w:sz w:val="18"/>
              </w:rPr>
              <w:t>Midpoint employer evaluation date</w:t>
            </w:r>
          </w:p>
        </w:tc>
        <w:tc>
          <w:tcPr>
            <w:tcW w:type="dxa" w:w="5112"/>
          </w:tcPr>
          <w:p>
            <w:r>
              <w:rPr>
                <w:sz w:val="18"/>
              </w:rPr>
              <w:t>____ / ____ / ________</w:t>
            </w:r>
          </w:p>
        </w:tc>
      </w:tr>
      <w:tr>
        <w:tc>
          <w:tcPr>
            <w:tcW w:type="dxa" w:w="5112"/>
          </w:tcPr>
          <w:p>
            <w:r>
              <w:rPr>
                <w:sz w:val="18"/>
              </w:rPr>
              <w:t>Final employer evaluation date</w:t>
            </w:r>
          </w:p>
        </w:tc>
        <w:tc>
          <w:tcPr>
            <w:tcW w:type="dxa" w:w="5112"/>
          </w:tcPr>
          <w:p>
            <w:r>
              <w:rPr>
                <w:sz w:val="18"/>
              </w:rPr>
              <w:t>____ / ____ / ________</w:t>
            </w:r>
          </w:p>
        </w:tc>
      </w:tr>
      <w:tr>
        <w:tc>
          <w:tcPr>
            <w:tcW w:type="dxa" w:w="5112"/>
          </w:tcPr>
          <w:p>
            <w:r>
              <w:rPr>
                <w:sz w:val="18"/>
              </w:rPr>
              <w:t>Planned site visits (dates or virtual)</w:t>
            </w:r>
          </w:p>
        </w:tc>
        <w:tc>
          <w:tcPr>
            <w:tcW w:type="dxa" w:w="5112"/>
          </w:tcPr>
          <w:p>
            <w:r>
              <w:rPr>
                <w:sz w:val="18"/>
              </w:rPr>
              <w:t>1. ________ 2. ________ 3. ________</w:t>
            </w:r>
          </w:p>
        </w:tc>
      </w:tr>
    </w:tbl>
    <w:p>
      <w:pPr>
        <w:spacing w:after="40"/>
      </w:pPr>
    </w:p>
    <w:p>
      <w:pPr>
        <w:spacing w:after="80"/>
      </w:pPr>
      <w:r>
        <w:rPr>
          <w:i/>
        </w:rPr>
        <w:t>Use the WBL Timesheet &amp; Hours Log and the Employer Evaluation of Student templates.</w:t>
      </w:r>
    </w:p>
    <w:p>
      <w:pPr>
        <w:pStyle w:val="Heading2"/>
      </w:pPr>
      <w:r>
        <w:rPr>
          <w:rFonts w:ascii="Arial" w:hAnsi="Arial"/>
          <w:color w:val="0C3B34"/>
        </w:rPr>
        <w:t>Section J – Data Sharing and Consent</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FFF6E0"/>
          </w:tcPr>
          <w:p>
            <w:r>
              <w:rPr>
                <w:b/>
                <w:sz w:val="18"/>
              </w:rPr>
              <w:t>DISTRICT/LEGAL REVIEW: FERPA.</w:t>
            </w:r>
            <w:r>
              <w:rPr>
                <w:sz w:val="18"/>
              </w:rPr>
              <w:t xml:space="preserve"> Confirm what student information may be shared with the employer and what consent is required.</w:t>
            </w:r>
          </w:p>
        </w:tc>
      </w:tr>
    </w:tbl>
    <w:p>
      <w:pPr>
        <w:spacing w:after="40"/>
      </w:pPr>
    </w:p>
    <w:p>
      <w:pPr>
        <w:spacing w:after="80"/>
      </w:pPr>
      <w:r>
        <w:rPr>
          <w:b/>
        </w:rPr>
        <w:t>Student information the school will share with the employer, and why:</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5112"/>
        <w:gridCol w:w="5112"/>
      </w:tblGrid>
      <w:tr>
        <w:tc>
          <w:tcPr>
            <w:tcW w:type="dxa" w:w="5112"/>
            <w:shd w:val="clear" w:color="auto" w:fill="EEF4F1"/>
          </w:tcPr>
          <w:p>
            <w:r>
              <w:rPr>
                <w:b/>
                <w:sz w:val="18"/>
              </w:rPr>
              <w:t>Information</w:t>
            </w:r>
          </w:p>
        </w:tc>
        <w:tc>
          <w:tcPr>
            <w:tcW w:type="dxa" w:w="5112"/>
            <w:shd w:val="clear" w:color="auto" w:fill="EEF4F1"/>
          </w:tcPr>
          <w:p>
            <w:r>
              <w:rPr>
                <w:b/>
                <w:sz w:val="18"/>
              </w:rPr>
              <w:t>Purpose</w:t>
            </w:r>
          </w:p>
        </w:tc>
      </w:tr>
      <w:tr>
        <w:tc>
          <w:tcPr>
            <w:tcW w:type="dxa" w:w="5112"/>
          </w:tcPr>
          <w:p>
            <w:r>
              <w:rPr>
                <w:sz w:val="18"/>
                <w:highlight w:val="yellow"/>
              </w:rPr>
              <w:t>[EDIT: e.g., name, schedule, school contact]</w:t>
            </w:r>
          </w:p>
        </w:tc>
        <w:tc>
          <w:tcPr>
            <w:tcW w:type="dxa" w:w="5112"/>
          </w:tcPr>
          <w:p>
            <w:r>
              <w:rPr>
                <w:sz w:val="18"/>
                <w:highlight w:val="yellow"/>
              </w:rPr>
              <w:t>[EDIT: e.g., scheduling and supervision]</w:t>
            </w:r>
          </w:p>
        </w:tc>
      </w:tr>
      <w:tr>
        <w:tc>
          <w:tcPr>
            <w:tcW w:type="dxa" w:w="5112"/>
          </w:tcPr>
          <w:p/>
        </w:tc>
        <w:tc>
          <w:tcPr>
            <w:tcW w:type="dxa" w:w="5112"/>
          </w:tcPr>
          <w:p/>
        </w:tc>
      </w:tr>
      <w:tr>
        <w:tc>
          <w:tcPr>
            <w:tcW w:type="dxa" w:w="5112"/>
          </w:tcPr>
          <w:p/>
        </w:tc>
        <w:tc>
          <w:tcPr>
            <w:tcW w:type="dxa" w:w="5112"/>
          </w:tcPr>
          <w:p/>
        </w:tc>
      </w:tr>
    </w:tbl>
    <w:p>
      <w:pPr>
        <w:spacing w:after="40"/>
      </w:pPr>
    </w:p>
    <w:p>
      <w:pPr>
        <w:spacing w:after="80"/>
      </w:pPr>
      <w:r>
        <w:rPr/>
        <w:t>☐ I (parent/guardian, or student if 18 or older) consent to the school sharing the information listed above with the employer for the purposes listed.</w:t>
      </w:r>
    </w:p>
    <w:p>
      <w:pPr>
        <w:spacing w:after="80"/>
      </w:pPr>
      <w:r>
        <w:rPr>
          <w:b/>
        </w:rPr>
        <w:t>Media / photo consent (optional):</w:t>
      </w:r>
      <w:r>
        <w:rPr/>
        <w:t xml:space="preserve"> ☐ I consent ☐ I do not consent to photos or videos of the student at the worksite being used by the school or employer. </w:t>
      </w:r>
      <w:r>
        <w:rPr>
          <w:highlight w:val="yellow"/>
        </w:rPr>
        <w:t>[EDIT: or use your district's separate media consent form.]</w:t>
      </w:r>
    </w:p>
    <w:p>
      <w:pPr>
        <w:pStyle w:val="Heading2"/>
      </w:pPr>
      <w:r>
        <w:rPr>
          <w:rFonts w:ascii="Arial" w:hAnsi="Arial"/>
          <w:color w:val="0C3B34"/>
        </w:rPr>
        <w:t>Section K – Changes, Withdrawal, and Termination</w:t>
      </w:r>
    </w:p>
    <w:p>
      <w:pPr>
        <w:pStyle w:val="ListBullet"/>
        <w:spacing w:after="20"/>
      </w:pPr>
      <w:r>
        <w:rPr/>
        <w:t>Changes to the schedule, duties, or worksite must be approved in advance by the WBL coordinator and the worksite supervisor, and shared with the student and parent/guardian.</w:t>
      </w:r>
    </w:p>
    <w:p>
      <w:pPr>
        <w:pStyle w:val="ListBullet"/>
        <w:spacing w:after="20"/>
      </w:pPr>
      <w:r>
        <w:rPr/>
        <w:t xml:space="preserve">Any party who wants to end the placement early should give </w:t>
      </w:r>
      <w:r>
        <w:rPr>
          <w:highlight w:val="yellow"/>
        </w:rPr>
        <w:t>[EDIT: number]</w:t>
      </w:r>
      <w:r>
        <w:rPr/>
        <w:t xml:space="preserve"> days' notice, except where safety or conduct requires immediate action.</w:t>
      </w:r>
    </w:p>
    <w:p>
      <w:pPr>
        <w:pStyle w:val="ListBullet"/>
        <w:spacing w:after="20"/>
      </w:pPr>
      <w:r>
        <w:rPr/>
        <w:t>The WBL coordinator must be informed of any change or early end to the placement, and will inform the parent/guardian and the administrator.</w:t>
      </w:r>
    </w:p>
    <w:p>
      <w:pPr>
        <w:pStyle w:val="Heading2"/>
      </w:pPr>
      <w:r>
        <w:rPr>
          <w:rFonts w:ascii="Arial" w:hAnsi="Arial"/>
          <w:color w:val="0C3B34"/>
        </w:rPr>
        <w:t>Section L – Signatures and Distribution</w:t>
      </w:r>
    </w:p>
    <w:p>
      <w:pPr>
        <w:spacing w:after="80"/>
      </w:pPr>
      <w:r>
        <w:rPr/>
        <w:t>By signing, each person confirms they have read this agreement and agree to their responsibilities.</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4316"/>
        <w:gridCol w:w="2499"/>
        <w:gridCol w:w="2499"/>
        <w:gridCol w:w="908"/>
      </w:tblGrid>
      <w:tr>
        <w:tc>
          <w:tcPr>
            <w:tcW w:type="dxa" w:w="4317"/>
            <w:shd w:val="clear" w:color="auto" w:fill="EEF4F1"/>
          </w:tcPr>
          <w:p>
            <w:r>
              <w:rPr>
                <w:b/>
                <w:sz w:val="18"/>
              </w:rPr>
              <w:t>Role</w:t>
            </w:r>
          </w:p>
        </w:tc>
        <w:tc>
          <w:tcPr>
            <w:tcW w:type="dxa" w:w="2499"/>
            <w:shd w:val="clear" w:color="auto" w:fill="EEF4F1"/>
          </w:tcPr>
          <w:p>
            <w:r>
              <w:rPr>
                <w:b/>
                <w:sz w:val="18"/>
              </w:rPr>
              <w:t>Signature</w:t>
            </w:r>
          </w:p>
        </w:tc>
        <w:tc>
          <w:tcPr>
            <w:tcW w:type="dxa" w:w="2499"/>
            <w:shd w:val="clear" w:color="auto" w:fill="EEF4F1"/>
          </w:tcPr>
          <w:p>
            <w:r>
              <w:rPr>
                <w:b/>
                <w:sz w:val="18"/>
              </w:rPr>
              <w:t>Printed name</w:t>
            </w:r>
          </w:p>
        </w:tc>
        <w:tc>
          <w:tcPr>
            <w:tcW w:type="dxa" w:w="909"/>
            <w:shd w:val="clear" w:color="auto" w:fill="EEF4F1"/>
          </w:tcPr>
          <w:p>
            <w:r>
              <w:rPr>
                <w:b/>
                <w:sz w:val="18"/>
              </w:rPr>
              <w:t>Date</w:t>
            </w:r>
          </w:p>
        </w:tc>
      </w:tr>
      <w:tr>
        <w:tc>
          <w:tcPr>
            <w:tcW w:type="dxa" w:w="4317"/>
          </w:tcPr>
          <w:p>
            <w:r>
              <w:rPr>
                <w:sz w:val="18"/>
              </w:rPr>
              <w:t>Student</w:t>
            </w:r>
          </w:p>
        </w:tc>
        <w:tc>
          <w:tcPr>
            <w:tcW w:type="dxa" w:w="2499"/>
          </w:tcPr>
          <w:p>
            <w:r>
              <w:rPr>
                <w:sz w:val="18"/>
              </w:rPr>
              <w:t>______________________</w:t>
            </w:r>
          </w:p>
        </w:tc>
        <w:tc>
          <w:tcPr>
            <w:tcW w:type="dxa" w:w="2499"/>
          </w:tcPr>
          <w:p>
            <w:r>
              <w:rPr>
                <w:sz w:val="18"/>
              </w:rPr>
              <w:t>______________________</w:t>
            </w:r>
          </w:p>
        </w:tc>
        <w:tc>
          <w:tcPr>
            <w:tcW w:type="dxa" w:w="909"/>
          </w:tcPr>
          <w:p>
            <w:r>
              <w:rPr>
                <w:sz w:val="18"/>
              </w:rPr>
              <w:t>________</w:t>
            </w:r>
          </w:p>
        </w:tc>
      </w:tr>
      <w:tr>
        <w:tc>
          <w:tcPr>
            <w:tcW w:type="dxa" w:w="4317"/>
          </w:tcPr>
          <w:p>
            <w:r>
              <w:rPr>
                <w:sz w:val="18"/>
              </w:rPr>
              <w:t>Parent/guardian (if student is under 18)</w:t>
            </w:r>
          </w:p>
        </w:tc>
        <w:tc>
          <w:tcPr>
            <w:tcW w:type="dxa" w:w="2499"/>
          </w:tcPr>
          <w:p>
            <w:r>
              <w:rPr>
                <w:sz w:val="18"/>
              </w:rPr>
              <w:t>______________________</w:t>
            </w:r>
          </w:p>
        </w:tc>
        <w:tc>
          <w:tcPr>
            <w:tcW w:type="dxa" w:w="2499"/>
          </w:tcPr>
          <w:p>
            <w:r>
              <w:rPr>
                <w:sz w:val="18"/>
              </w:rPr>
              <w:t>______________________</w:t>
            </w:r>
          </w:p>
        </w:tc>
        <w:tc>
          <w:tcPr>
            <w:tcW w:type="dxa" w:w="909"/>
          </w:tcPr>
          <w:p>
            <w:r>
              <w:rPr>
                <w:sz w:val="18"/>
              </w:rPr>
              <w:t>________</w:t>
            </w:r>
          </w:p>
        </w:tc>
      </w:tr>
      <w:tr>
        <w:tc>
          <w:tcPr>
            <w:tcW w:type="dxa" w:w="4317"/>
          </w:tcPr>
          <w:p>
            <w:r>
              <w:rPr>
                <w:sz w:val="18"/>
              </w:rPr>
              <w:t>Worksite supervisor</w:t>
            </w:r>
          </w:p>
        </w:tc>
        <w:tc>
          <w:tcPr>
            <w:tcW w:type="dxa" w:w="2499"/>
          </w:tcPr>
          <w:p>
            <w:r>
              <w:rPr>
                <w:sz w:val="18"/>
              </w:rPr>
              <w:t>______________________</w:t>
            </w:r>
          </w:p>
        </w:tc>
        <w:tc>
          <w:tcPr>
            <w:tcW w:type="dxa" w:w="2499"/>
          </w:tcPr>
          <w:p>
            <w:r>
              <w:rPr>
                <w:sz w:val="18"/>
              </w:rPr>
              <w:t>______________________</w:t>
            </w:r>
          </w:p>
        </w:tc>
        <w:tc>
          <w:tcPr>
            <w:tcW w:type="dxa" w:w="909"/>
          </w:tcPr>
          <w:p>
            <w:r>
              <w:rPr>
                <w:sz w:val="18"/>
              </w:rPr>
              <w:t>________</w:t>
            </w:r>
          </w:p>
        </w:tc>
      </w:tr>
      <w:tr>
        <w:tc>
          <w:tcPr>
            <w:tcW w:type="dxa" w:w="4317"/>
          </w:tcPr>
          <w:p>
            <w:r>
              <w:rPr>
                <w:sz w:val="18"/>
              </w:rPr>
              <w:t>WBL coordinator</w:t>
            </w:r>
          </w:p>
        </w:tc>
        <w:tc>
          <w:tcPr>
            <w:tcW w:type="dxa" w:w="2499"/>
          </w:tcPr>
          <w:p>
            <w:r>
              <w:rPr>
                <w:sz w:val="18"/>
              </w:rPr>
              <w:t>______________________</w:t>
            </w:r>
          </w:p>
        </w:tc>
        <w:tc>
          <w:tcPr>
            <w:tcW w:type="dxa" w:w="2499"/>
          </w:tcPr>
          <w:p>
            <w:r>
              <w:rPr>
                <w:sz w:val="18"/>
              </w:rPr>
              <w:t>______________________</w:t>
            </w:r>
          </w:p>
        </w:tc>
        <w:tc>
          <w:tcPr>
            <w:tcW w:type="dxa" w:w="909"/>
          </w:tcPr>
          <w:p>
            <w:r>
              <w:rPr>
                <w:sz w:val="18"/>
              </w:rPr>
              <w:t>________</w:t>
            </w:r>
          </w:p>
        </w:tc>
      </w:tr>
      <w:tr>
        <w:tc>
          <w:tcPr>
            <w:tcW w:type="dxa" w:w="4317"/>
          </w:tcPr>
          <w:p>
            <w:r>
              <w:rPr>
                <w:sz w:val="18"/>
              </w:rPr>
              <w:t xml:space="preserve">Administrator / principal </w:t>
            </w:r>
            <w:r>
              <w:rPr>
                <w:sz w:val="18"/>
                <w:highlight w:val="yellow"/>
              </w:rPr>
              <w:t>[EDIT: optional]</w:t>
            </w:r>
          </w:p>
        </w:tc>
        <w:tc>
          <w:tcPr>
            <w:tcW w:type="dxa" w:w="2499"/>
          </w:tcPr>
          <w:p>
            <w:r>
              <w:rPr>
                <w:sz w:val="18"/>
              </w:rPr>
              <w:t>______________________</w:t>
            </w:r>
          </w:p>
        </w:tc>
        <w:tc>
          <w:tcPr>
            <w:tcW w:type="dxa" w:w="2499"/>
          </w:tcPr>
          <w:p>
            <w:r>
              <w:rPr>
                <w:sz w:val="18"/>
              </w:rPr>
              <w:t>______________________</w:t>
            </w:r>
          </w:p>
        </w:tc>
        <w:tc>
          <w:tcPr>
            <w:tcW w:type="dxa" w:w="909"/>
          </w:tcPr>
          <w:p>
            <w:r>
              <w:rPr>
                <w:sz w:val="18"/>
              </w:rPr>
              <w:t>________</w:t>
            </w:r>
          </w:p>
        </w:tc>
      </w:tr>
    </w:tbl>
    <w:p>
      <w:pPr>
        <w:spacing w:after="40"/>
      </w:pPr>
    </w:p>
    <w:p>
      <w:pPr>
        <w:spacing w:after="80"/>
      </w:pPr>
      <w:r>
        <w:rPr>
          <w:b/>
        </w:rPr>
        <w:t>Copies distributed to:</w:t>
      </w:r>
      <w:r>
        <w:rPr/>
        <w:t xml:space="preserve"> ☐ Student ☐ Parent/guardian ☐ Employer ☐ Coordinator file ☐ Administrator</w:t>
      </w:r>
    </w:p>
    <w:p>
      <w:pPr>
        <w:spacing w:after="80"/>
      </w:pPr>
      <w:r>
        <w:rPr>
          <w:b/>
        </w:rPr>
        <w:t>Records:</w:t>
      </w:r>
      <w:r>
        <w:rPr/>
        <w:t xml:space="preserve"> Retain per state/district record-retention policy. </w:t>
      </w:r>
      <w:r>
        <w:rPr>
          <w:highlight w:val="yellow"/>
        </w:rPr>
        <w:t>[EDIT: your retention period]</w:t>
      </w:r>
    </w:p>
    <w:sectPr w:rsidR="00FC693F" w:rsidRPr="0006063C" w:rsidSect="00034616">
      <w:footerReference w:type="default" r:id="rId9"/>
      <w:head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B635D"/>
        <w:sz w:val="14"/>
      </w:rPr>
      <w:t xml:space="preserve">Template from WBL Tracker (wbltracker.com/templates). Review with your district before use. Version 1.0, October 2026.   ·   Page </w:t>
    </w:r>
    <w:r>
      <w:rPr>
        <w:sz w:val="14"/>
      </w:rPr>
      <w:fldChar w:fldCharType="begin"/>
      <w:instrText xml:space="preserve">PAGE</w:instrText>
      <w:fldChar w:fldCharType="end"/>
    </w:r>
    <w:r>
      <w:rPr>
        <w:color w:val="4B635D"/>
        <w:sz w:val="14"/>
      </w:rPr>
      <w:t xml:space="preserve"> of </w:t>
    </w:r>
    <w:r>
      <w:rPr>
        <w:sz w:val="14"/>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C3B34"/>
        <w:sz w:val="16"/>
      </w:rPr>
      <w:t>WBL Tracker · Free WBL templates · wbltracker.com/templates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Work-Based Learning Training Agreement</dc:title>
  <dc:subject/>
  <dc:creator>WBL Tracker</dc:creator>
  <cp:keywords/>
  <dc:description>Free template from WBL Tracker (wbltracker.com/templates). Review with your district before use.</dc:description>
  <cp:lastModifiedBy/>
  <cp:revision>1</cp:revision>
  <dcterms:created xsi:type="dcterms:W3CDTF">2013-12-23T23:15:00Z</dcterms:created>
  <dcterms:modified xsi:type="dcterms:W3CDTF">2013-12-23T23:15:00Z</dcterms:modified>
  <cp:category/>
</cp:coreProperties>
</file>